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E05C" w14:textId="3F1C90A9" w:rsidR="00CF2895" w:rsidRDefault="00CF2895" w:rsidP="00CF2895">
      <w:pPr>
        <w:rPr>
          <w:lang w:val="fr-CH"/>
        </w:rPr>
      </w:pPr>
      <w:r>
        <w:rPr>
          <w:noProof/>
          <w:lang w:val="fr-CH"/>
        </w:rPr>
        <w:drawing>
          <wp:anchor distT="0" distB="0" distL="114300" distR="114300" simplePos="0" relativeHeight="251657216" behindDoc="0" locked="0" layoutInCell="1" allowOverlap="1" wp14:anchorId="023F4366" wp14:editId="51DE644D">
            <wp:simplePos x="0" y="0"/>
            <wp:positionH relativeFrom="column">
              <wp:posOffset>-929005</wp:posOffset>
            </wp:positionH>
            <wp:positionV relativeFrom="paragraph">
              <wp:posOffset>-256540</wp:posOffset>
            </wp:positionV>
            <wp:extent cx="2245360" cy="723900"/>
            <wp:effectExtent l="0" t="0" r="2540" b="0"/>
            <wp:wrapNone/>
            <wp:docPr id="336892052" name="Image 1" descr="Une image contenant capture d’écran, Graphique, Police, Bleu Majorel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892052" name="Image 1" descr="Une image contenant capture d’écran, Graphique, Police, Bleu Majorelle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4536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BFF719" w14:textId="214A6BF6" w:rsidR="00CF2895" w:rsidRDefault="00CF2895" w:rsidP="00CF2895">
      <w:pPr>
        <w:rPr>
          <w:lang w:val="fr-CH"/>
        </w:rPr>
      </w:pPr>
    </w:p>
    <w:p w14:paraId="61FD5207" w14:textId="77777777" w:rsidR="00CF2895" w:rsidRDefault="00CF2895" w:rsidP="00CF2895">
      <w:pPr>
        <w:rPr>
          <w:lang w:val="fr-CH"/>
        </w:rPr>
      </w:pPr>
    </w:p>
    <w:p w14:paraId="6D415527" w14:textId="69FB2022" w:rsidR="00B848F3" w:rsidRPr="005F6724" w:rsidRDefault="00000000">
      <w:pPr>
        <w:pStyle w:val="Titre1"/>
        <w:jc w:val="center"/>
        <w:rPr>
          <w:lang w:val="fr-CH"/>
        </w:rPr>
      </w:pPr>
      <w:bookmarkStart w:id="0" w:name="_Toc233094993"/>
      <w:r w:rsidRPr="005F6724">
        <w:rPr>
          <w:lang w:val="fr-CH"/>
        </w:rPr>
        <w:t xml:space="preserve">API </w:t>
      </w:r>
      <w:proofErr w:type="spellStart"/>
      <w:r w:rsidRPr="005F6724">
        <w:rPr>
          <w:lang w:val="fr-CH"/>
        </w:rPr>
        <w:t>Integratome</w:t>
      </w:r>
      <w:proofErr w:type="spellEnd"/>
      <w:r w:rsidRPr="005F6724">
        <w:rPr>
          <w:lang w:val="fr-CH"/>
        </w:rPr>
        <w:t xml:space="preserve"> – Documentation Technique</w:t>
      </w:r>
      <w:bookmarkEnd w:id="0"/>
    </w:p>
    <w:p w14:paraId="7E6C9EB1" w14:textId="77777777" w:rsidR="00B848F3" w:rsidRPr="005F6724" w:rsidRDefault="00000000">
      <w:pPr>
        <w:jc w:val="center"/>
        <w:rPr>
          <w:lang w:val="fr-CH"/>
        </w:rPr>
      </w:pPr>
      <w:r w:rsidRPr="005F6724">
        <w:rPr>
          <w:lang w:val="fr-CH"/>
        </w:rPr>
        <w:t>Modèle REST avec RPC encapsulé (</w:t>
      </w:r>
      <w:proofErr w:type="spellStart"/>
      <w:r w:rsidRPr="005F6724">
        <w:rPr>
          <w:lang w:val="fr-CH"/>
        </w:rPr>
        <w:t>MessageType</w:t>
      </w:r>
      <w:proofErr w:type="spellEnd"/>
      <w:r w:rsidRPr="005F6724">
        <w:rPr>
          <w:lang w:val="fr-CH"/>
        </w:rPr>
        <w:t>)</w:t>
      </w:r>
    </w:p>
    <w:p w14:paraId="2810F14D" w14:textId="7F540430" w:rsidR="00B848F3" w:rsidRPr="005F6724" w:rsidRDefault="00000000">
      <w:pPr>
        <w:jc w:val="center"/>
        <w:rPr>
          <w:lang w:val="fr-CH"/>
        </w:rPr>
      </w:pPr>
      <w:r w:rsidRPr="005F6724">
        <w:rPr>
          <w:lang w:val="fr-CH"/>
        </w:rPr>
        <w:br/>
        <w:t>Version :</w:t>
      </w:r>
      <w:r w:rsidR="005D3EA4">
        <w:rPr>
          <w:lang w:val="fr-CH"/>
        </w:rPr>
        <w:t>2</w:t>
      </w:r>
      <w:r w:rsidRPr="005F6724">
        <w:rPr>
          <w:lang w:val="fr-CH"/>
        </w:rPr>
        <w:t xml:space="preserve">.1 – </w:t>
      </w:r>
      <w:proofErr w:type="gramStart"/>
      <w:r w:rsidR="0093506A">
        <w:rPr>
          <w:lang w:val="fr-CH"/>
        </w:rPr>
        <w:t>Juin</w:t>
      </w:r>
      <w:r w:rsidR="00A5479A">
        <w:rPr>
          <w:lang w:val="fr-CH"/>
        </w:rPr>
        <w:t xml:space="preserve"> </w:t>
      </w:r>
      <w:r w:rsidRPr="005F6724">
        <w:rPr>
          <w:lang w:val="fr-CH"/>
        </w:rPr>
        <w:t xml:space="preserve"> 202</w:t>
      </w:r>
      <w:r w:rsidR="005D3EA4">
        <w:rPr>
          <w:lang w:val="fr-CH"/>
        </w:rPr>
        <w:t>6</w:t>
      </w:r>
      <w:proofErr w:type="gramEnd"/>
      <w:r w:rsidRPr="005F6724">
        <w:rPr>
          <w:lang w:val="fr-CH"/>
        </w:rPr>
        <w:br/>
        <w:t xml:space="preserve">Auteur : </w:t>
      </w:r>
      <w:r w:rsidR="0002161C">
        <w:rPr>
          <w:lang w:val="fr-CH"/>
        </w:rPr>
        <w:t>Ugo HABERMAN</w:t>
      </w:r>
      <w:r w:rsidRPr="005F6724">
        <w:rPr>
          <w:lang w:val="fr-CH"/>
        </w:rPr>
        <w:br/>
      </w:r>
    </w:p>
    <w:p w14:paraId="2D05DA56" w14:textId="77777777" w:rsidR="00B848F3" w:rsidRPr="005F6724" w:rsidRDefault="00000000">
      <w:pPr>
        <w:rPr>
          <w:lang w:val="fr-CH"/>
        </w:rPr>
      </w:pPr>
      <w:r w:rsidRPr="005F6724">
        <w:rPr>
          <w:lang w:val="fr-CH"/>
        </w:rPr>
        <w:br w:type="page"/>
      </w:r>
    </w:p>
    <w:p w14:paraId="5495D408" w14:textId="77777777" w:rsidR="00B848F3" w:rsidRPr="005F6724" w:rsidRDefault="00000000">
      <w:pPr>
        <w:pStyle w:val="Titre1"/>
        <w:rPr>
          <w:lang w:val="fr-CH"/>
        </w:rPr>
      </w:pPr>
      <w:bookmarkStart w:id="1" w:name="_Toc233094994"/>
      <w:r w:rsidRPr="005F6724">
        <w:rPr>
          <w:lang w:val="fr-CH"/>
        </w:rPr>
        <w:lastRenderedPageBreak/>
        <w:t>Table des matières</w:t>
      </w:r>
      <w:bookmarkEnd w:id="1"/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u w:val="none"/>
          <w:lang w:val="fr-FR"/>
        </w:rPr>
        <w:id w:val="1801492827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58EF3B2F" w14:textId="0D70AFBA" w:rsidR="008E4967" w:rsidRDefault="008E4967">
          <w:pPr>
            <w:pStyle w:val="En-ttedetabledesmatires"/>
          </w:pPr>
          <w:r>
            <w:rPr>
              <w:lang w:val="fr-FR"/>
            </w:rPr>
            <w:t>Table des matières</w:t>
          </w:r>
        </w:p>
        <w:p w14:paraId="70DFB50D" w14:textId="7701003D" w:rsidR="004979EF" w:rsidRDefault="008E4967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3094993" w:history="1">
            <w:r w:rsidR="004979EF" w:rsidRPr="00966BF6">
              <w:rPr>
                <w:rStyle w:val="Lienhypertexte"/>
                <w:noProof/>
                <w:lang w:val="fr-CH"/>
              </w:rPr>
              <w:t>API Integratome – Documentation Technique</w:t>
            </w:r>
            <w:r w:rsidR="004979EF">
              <w:rPr>
                <w:noProof/>
                <w:webHidden/>
              </w:rPr>
              <w:tab/>
            </w:r>
            <w:r w:rsidR="004979EF">
              <w:rPr>
                <w:noProof/>
                <w:webHidden/>
              </w:rPr>
              <w:fldChar w:fldCharType="begin"/>
            </w:r>
            <w:r w:rsidR="004979EF">
              <w:rPr>
                <w:noProof/>
                <w:webHidden/>
              </w:rPr>
              <w:instrText xml:space="preserve"> PAGEREF _Toc233094993 \h </w:instrText>
            </w:r>
            <w:r w:rsidR="004979EF">
              <w:rPr>
                <w:noProof/>
                <w:webHidden/>
              </w:rPr>
            </w:r>
            <w:r w:rsidR="004979EF">
              <w:rPr>
                <w:noProof/>
                <w:webHidden/>
              </w:rPr>
              <w:fldChar w:fldCharType="separate"/>
            </w:r>
            <w:r w:rsidR="004979EF">
              <w:rPr>
                <w:noProof/>
                <w:webHidden/>
              </w:rPr>
              <w:t>1</w:t>
            </w:r>
            <w:r w:rsidR="004979EF">
              <w:rPr>
                <w:noProof/>
                <w:webHidden/>
              </w:rPr>
              <w:fldChar w:fldCharType="end"/>
            </w:r>
          </w:hyperlink>
        </w:p>
        <w:p w14:paraId="5131B9C5" w14:textId="69D0A3BD" w:rsidR="004979EF" w:rsidRDefault="004979EF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3094994" w:history="1">
            <w:r w:rsidRPr="00966BF6">
              <w:rPr>
                <w:rStyle w:val="Lienhypertexte"/>
                <w:noProof/>
                <w:lang w:val="fr-CH"/>
              </w:rPr>
              <w:t>Table des matières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_Toc233094994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B092C1" w14:textId="51566511" w:rsidR="004979EF" w:rsidRDefault="004979EF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3094995" w:history="1">
            <w:r w:rsidRPr="00966BF6">
              <w:rPr>
                <w:rStyle w:val="Lienhypertexte"/>
                <w:noProof/>
              </w:rPr>
              <w:t>Introduction et périmètre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_Toc233094995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FAEE4C" w14:textId="38E5097D" w:rsidR="004979EF" w:rsidRDefault="004979EF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3094996" w:history="1">
            <w:r w:rsidRPr="00966BF6">
              <w:rPr>
                <w:rStyle w:val="Lienhypertexte"/>
                <w:noProof/>
              </w:rPr>
              <w:t>Règles d’intégration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_Toc233094996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94C0F0" w14:textId="1EE4A969" w:rsidR="004979EF" w:rsidRDefault="004979EF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3094997" w:history="1">
            <w:r w:rsidRPr="00966BF6">
              <w:rPr>
                <w:rStyle w:val="Lienhypertexte"/>
                <w:noProof/>
              </w:rPr>
              <w:t>Schéma des échanges (Séquence)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_Toc233094997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BA7D2C" w14:textId="565D6824" w:rsidR="004979EF" w:rsidRDefault="004979EF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3094998" w:history="1">
            <w:r w:rsidRPr="00966BF6">
              <w:rPr>
                <w:rStyle w:val="Lienhypertexte"/>
                <w:noProof/>
              </w:rPr>
              <w:t>Authentification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_Toc233094998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60CD7D" w14:textId="02A4BCBD" w:rsidR="004979EF" w:rsidRDefault="004979EF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3094999" w:history="1">
            <w:r w:rsidRPr="00966BF6">
              <w:rPr>
                <w:rStyle w:val="Lienhypertexte"/>
                <w:noProof/>
              </w:rPr>
              <w:t>Environnements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_Toc233094999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B7F959" w14:textId="045D2D46" w:rsidR="004979EF" w:rsidRDefault="004979EF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3095000" w:history="1">
            <w:r w:rsidRPr="00966BF6">
              <w:rPr>
                <w:rStyle w:val="Lienhypertexte"/>
                <w:noProof/>
              </w:rPr>
              <w:t>Payload JSON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_Toc233095000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E58302" w14:textId="2FAC8CFF" w:rsidR="004979EF" w:rsidRDefault="004979EF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3095001" w:history="1">
            <w:r w:rsidRPr="00966BF6">
              <w:rPr>
                <w:rStyle w:val="Lienhypertexte"/>
                <w:noProof/>
              </w:rPr>
              <w:t>Réponse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_Toc233095001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DF95A0" w14:textId="52412F4D" w:rsidR="004979EF" w:rsidRDefault="004979EF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3095002" w:history="1">
            <w:r w:rsidRPr="00966BF6">
              <w:rPr>
                <w:rStyle w:val="Lienhypertexte"/>
                <w:noProof/>
              </w:rPr>
              <w:t>Endpoint métier : getRapportPharmacie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_Toc233095002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7C1A47" w14:textId="565A599E" w:rsidR="004979EF" w:rsidRDefault="004979EF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3095003" w:history="1">
            <w:r w:rsidRPr="00966BF6">
              <w:rPr>
                <w:rStyle w:val="Lienhypertexte"/>
                <w:noProof/>
              </w:rPr>
              <w:t>Environnements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_Toc233095003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08F900" w14:textId="4A51EA1C" w:rsidR="004979EF" w:rsidRDefault="004979EF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3095004" w:history="1">
            <w:r w:rsidRPr="00966BF6">
              <w:rPr>
                <w:rStyle w:val="Lienhypertexte"/>
                <w:noProof/>
                <w:lang w:val="fr-FR"/>
              </w:rPr>
              <w:t>Payload JSON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_Toc233095004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BE6751" w14:textId="4C453B5B" w:rsidR="008E4967" w:rsidRDefault="008E4967">
          <w:r>
            <w:rPr>
              <w:b/>
              <w:bCs/>
            </w:rPr>
            <w:fldChar w:fldCharType="end"/>
          </w:r>
        </w:p>
      </w:sdtContent>
    </w:sdt>
    <w:p w14:paraId="10AB5FAA" w14:textId="77777777" w:rsidR="00B848F3" w:rsidRPr="005F6724" w:rsidRDefault="00000000">
      <w:pPr>
        <w:rPr>
          <w:lang w:val="fr-CH"/>
        </w:rPr>
      </w:pPr>
      <w:r w:rsidRPr="005F6724">
        <w:rPr>
          <w:lang w:val="fr-CH"/>
        </w:rPr>
        <w:br w:type="page"/>
      </w:r>
    </w:p>
    <w:p w14:paraId="1981C0B8" w14:textId="49EA7927" w:rsidR="00B848F3" w:rsidRPr="000F080B" w:rsidRDefault="00000000" w:rsidP="000F080B">
      <w:pPr>
        <w:pStyle w:val="Titre1"/>
      </w:pPr>
      <w:bookmarkStart w:id="2" w:name="_Toc233094995"/>
      <w:r w:rsidRPr="000F080B">
        <w:lastRenderedPageBreak/>
        <w:t xml:space="preserve">Introduction et </w:t>
      </w:r>
      <w:proofErr w:type="spellStart"/>
      <w:r w:rsidRPr="000F080B">
        <w:t>périmètre</w:t>
      </w:r>
      <w:bookmarkEnd w:id="2"/>
      <w:proofErr w:type="spellEnd"/>
    </w:p>
    <w:p w14:paraId="0FFD5FB0" w14:textId="5C585A9D" w:rsidR="006277A4" w:rsidRPr="006277A4" w:rsidRDefault="006277A4" w:rsidP="002941A6">
      <w:r w:rsidRPr="006277A4">
        <w:t xml:space="preserve">Cette documentation </w:t>
      </w:r>
      <w:proofErr w:type="spellStart"/>
      <w:r w:rsidRPr="006277A4">
        <w:t>spécifie</w:t>
      </w:r>
      <w:proofErr w:type="spellEnd"/>
      <w:r w:rsidRPr="006277A4">
        <w:t xml:space="preserve"> les </w:t>
      </w:r>
      <w:proofErr w:type="spellStart"/>
      <w:r w:rsidRPr="006277A4">
        <w:t>protocoles</w:t>
      </w:r>
      <w:proofErr w:type="spellEnd"/>
      <w:r w:rsidRPr="006277A4">
        <w:t xml:space="preserve"> </w:t>
      </w:r>
      <w:proofErr w:type="spellStart"/>
      <w:r w:rsidRPr="006277A4">
        <w:t>d'échange</w:t>
      </w:r>
      <w:proofErr w:type="spellEnd"/>
      <w:r w:rsidRPr="006277A4">
        <w:t xml:space="preserve"> par </w:t>
      </w:r>
      <w:proofErr w:type="spellStart"/>
      <w:r w:rsidRPr="006277A4">
        <w:t>WebService</w:t>
      </w:r>
      <w:proofErr w:type="spellEnd"/>
      <w:r w:rsidRPr="006277A4">
        <w:t xml:space="preserve"> entre les </w:t>
      </w:r>
      <w:proofErr w:type="spellStart"/>
      <w:r w:rsidRPr="006277A4">
        <w:t>plateformes</w:t>
      </w:r>
      <w:proofErr w:type="spellEnd"/>
      <w:r w:rsidRPr="006277A4">
        <w:t xml:space="preserve"> </w:t>
      </w:r>
      <w:proofErr w:type="spellStart"/>
      <w:r w:rsidR="0093506A">
        <w:t>Totum</w:t>
      </w:r>
      <w:proofErr w:type="spellEnd"/>
      <w:r w:rsidRPr="006277A4">
        <w:t xml:space="preserve"> et </w:t>
      </w:r>
      <w:proofErr w:type="spellStart"/>
      <w:r w:rsidRPr="006277A4">
        <w:t>Integratome</w:t>
      </w:r>
      <w:proofErr w:type="spellEnd"/>
      <w:r w:rsidRPr="006277A4">
        <w:t xml:space="preserve">. </w:t>
      </w:r>
      <w:proofErr w:type="spellStart"/>
      <w:r w:rsidRPr="006277A4">
        <w:t>L’architecture</w:t>
      </w:r>
      <w:proofErr w:type="spellEnd"/>
      <w:r w:rsidRPr="006277A4">
        <w:t xml:space="preserve"> applicative repose sur un </w:t>
      </w:r>
      <w:proofErr w:type="spellStart"/>
      <w:r w:rsidRPr="006277A4">
        <w:t>modèle</w:t>
      </w:r>
      <w:proofErr w:type="spellEnd"/>
      <w:r w:rsidRPr="006277A4">
        <w:t xml:space="preserve"> REST </w:t>
      </w:r>
      <w:proofErr w:type="spellStart"/>
      <w:r w:rsidRPr="006277A4">
        <w:t>sécurisé</w:t>
      </w:r>
      <w:proofErr w:type="spellEnd"/>
      <w:r w:rsidRPr="006277A4">
        <w:t>.</w:t>
      </w:r>
    </w:p>
    <w:p w14:paraId="064C8A81" w14:textId="77777777" w:rsidR="006277A4" w:rsidRPr="006277A4" w:rsidRDefault="006277A4" w:rsidP="002941A6">
      <w:pPr>
        <w:pStyle w:val="Paragraphedeliste"/>
        <w:numPr>
          <w:ilvl w:val="0"/>
          <w:numId w:val="14"/>
        </w:numPr>
      </w:pPr>
      <w:r w:rsidRPr="006277A4">
        <w:t xml:space="preserve">Le </w:t>
      </w:r>
      <w:proofErr w:type="spellStart"/>
      <w:r w:rsidRPr="006277A4">
        <w:t>traitement</w:t>
      </w:r>
      <w:proofErr w:type="spellEnd"/>
      <w:r w:rsidRPr="006277A4">
        <w:t xml:space="preserve"> des données par </w:t>
      </w:r>
      <w:proofErr w:type="spellStart"/>
      <w:r w:rsidRPr="006277A4">
        <w:t>Integratome</w:t>
      </w:r>
      <w:proofErr w:type="spellEnd"/>
      <w:r w:rsidRPr="006277A4">
        <w:t xml:space="preserve"> </w:t>
      </w:r>
      <w:proofErr w:type="spellStart"/>
      <w:r w:rsidRPr="006277A4">
        <w:t>respecte</w:t>
      </w:r>
      <w:proofErr w:type="spellEnd"/>
      <w:r w:rsidRPr="006277A4">
        <w:t xml:space="preserve"> les principes </w:t>
      </w:r>
      <w:proofErr w:type="spellStart"/>
      <w:proofErr w:type="gramStart"/>
      <w:r w:rsidRPr="006277A4">
        <w:t>suivants</w:t>
      </w:r>
      <w:proofErr w:type="spellEnd"/>
      <w:r w:rsidRPr="006277A4">
        <w:t xml:space="preserve"> :</w:t>
      </w:r>
      <w:proofErr w:type="gramEnd"/>
    </w:p>
    <w:p w14:paraId="205D237D" w14:textId="77777777" w:rsidR="006277A4" w:rsidRPr="006277A4" w:rsidRDefault="006277A4" w:rsidP="002941A6">
      <w:pPr>
        <w:pStyle w:val="Paragraphedeliste"/>
        <w:numPr>
          <w:ilvl w:val="0"/>
          <w:numId w:val="14"/>
        </w:numPr>
      </w:pPr>
      <w:r w:rsidRPr="006277A4">
        <w:t xml:space="preserve">Absence de </w:t>
      </w:r>
      <w:proofErr w:type="spellStart"/>
      <w:proofErr w:type="gramStart"/>
      <w:r w:rsidRPr="006277A4">
        <w:t>persistance</w:t>
      </w:r>
      <w:proofErr w:type="spellEnd"/>
      <w:r w:rsidRPr="006277A4">
        <w:t xml:space="preserve"> :</w:t>
      </w:r>
      <w:proofErr w:type="gramEnd"/>
      <w:r w:rsidRPr="006277A4">
        <w:t xml:space="preserve"> </w:t>
      </w:r>
      <w:proofErr w:type="spellStart"/>
      <w:r w:rsidRPr="006277A4">
        <w:t>Aucune</w:t>
      </w:r>
      <w:proofErr w:type="spellEnd"/>
      <w:r w:rsidRPr="006277A4">
        <w:t xml:space="preserve"> donnée </w:t>
      </w:r>
      <w:proofErr w:type="spellStart"/>
      <w:r w:rsidRPr="006277A4">
        <w:t>transmise</w:t>
      </w:r>
      <w:proofErr w:type="spellEnd"/>
      <w:r w:rsidRPr="006277A4">
        <w:t xml:space="preserve"> </w:t>
      </w:r>
      <w:proofErr w:type="spellStart"/>
      <w:r w:rsidRPr="006277A4">
        <w:t>n'est</w:t>
      </w:r>
      <w:proofErr w:type="spellEnd"/>
      <w:r w:rsidRPr="006277A4">
        <w:t xml:space="preserve"> </w:t>
      </w:r>
      <w:proofErr w:type="spellStart"/>
      <w:r w:rsidRPr="006277A4">
        <w:t>stockée</w:t>
      </w:r>
      <w:proofErr w:type="spellEnd"/>
      <w:r w:rsidRPr="006277A4">
        <w:t xml:space="preserve"> par </w:t>
      </w:r>
      <w:proofErr w:type="spellStart"/>
      <w:r w:rsidRPr="006277A4">
        <w:t>Integratome</w:t>
      </w:r>
      <w:proofErr w:type="spellEnd"/>
      <w:r w:rsidRPr="006277A4">
        <w:t>.</w:t>
      </w:r>
    </w:p>
    <w:p w14:paraId="69B9FD90" w14:textId="77777777" w:rsidR="006277A4" w:rsidRPr="006277A4" w:rsidRDefault="006277A4" w:rsidP="002941A6">
      <w:pPr>
        <w:pStyle w:val="Paragraphedeliste"/>
        <w:numPr>
          <w:ilvl w:val="0"/>
          <w:numId w:val="14"/>
        </w:numPr>
      </w:pPr>
      <w:proofErr w:type="spellStart"/>
      <w:r w:rsidRPr="006277A4">
        <w:t>Traitement</w:t>
      </w:r>
      <w:proofErr w:type="spellEnd"/>
      <w:r w:rsidRPr="006277A4">
        <w:t xml:space="preserve"> à la </w:t>
      </w:r>
      <w:proofErr w:type="spellStart"/>
      <w:proofErr w:type="gramStart"/>
      <w:r w:rsidRPr="006277A4">
        <w:t>volée</w:t>
      </w:r>
      <w:proofErr w:type="spellEnd"/>
      <w:r w:rsidRPr="006277A4">
        <w:t xml:space="preserve"> :</w:t>
      </w:r>
      <w:proofErr w:type="gramEnd"/>
      <w:r w:rsidRPr="006277A4">
        <w:t xml:space="preserve"> Les rapports </w:t>
      </w:r>
      <w:proofErr w:type="spellStart"/>
      <w:r w:rsidRPr="006277A4">
        <w:t>d’analyse</w:t>
      </w:r>
      <w:proofErr w:type="spellEnd"/>
      <w:r w:rsidRPr="006277A4">
        <w:t xml:space="preserve"> </w:t>
      </w:r>
      <w:proofErr w:type="spellStart"/>
      <w:r w:rsidRPr="006277A4">
        <w:t>d’Integratome</w:t>
      </w:r>
      <w:proofErr w:type="spellEnd"/>
      <w:r w:rsidRPr="006277A4">
        <w:t xml:space="preserve"> </w:t>
      </w:r>
      <w:proofErr w:type="spellStart"/>
      <w:r w:rsidRPr="006277A4">
        <w:t>sont</w:t>
      </w:r>
      <w:proofErr w:type="spellEnd"/>
      <w:r w:rsidRPr="006277A4">
        <w:t xml:space="preserve"> </w:t>
      </w:r>
      <w:proofErr w:type="spellStart"/>
      <w:r w:rsidRPr="006277A4">
        <w:t>générés</w:t>
      </w:r>
      <w:proofErr w:type="spellEnd"/>
      <w:r w:rsidRPr="006277A4">
        <w:t xml:space="preserve"> </w:t>
      </w:r>
      <w:proofErr w:type="spellStart"/>
      <w:r w:rsidRPr="006277A4">
        <w:t>en</w:t>
      </w:r>
      <w:proofErr w:type="spellEnd"/>
      <w:r w:rsidRPr="006277A4">
        <w:t xml:space="preserve"> se </w:t>
      </w:r>
      <w:proofErr w:type="spellStart"/>
      <w:r w:rsidRPr="006277A4">
        <w:t>basant</w:t>
      </w:r>
      <w:proofErr w:type="spellEnd"/>
      <w:r w:rsidRPr="006277A4">
        <w:t xml:space="preserve"> </w:t>
      </w:r>
      <w:proofErr w:type="spellStart"/>
      <w:r w:rsidRPr="006277A4">
        <w:t>uniquement</w:t>
      </w:r>
      <w:proofErr w:type="spellEnd"/>
      <w:r w:rsidRPr="006277A4">
        <w:t xml:space="preserve"> sur les données reçues dans le corps de la </w:t>
      </w:r>
      <w:proofErr w:type="spellStart"/>
      <w:r w:rsidRPr="006277A4">
        <w:t>requête</w:t>
      </w:r>
      <w:proofErr w:type="spellEnd"/>
      <w:r w:rsidRPr="006277A4">
        <w:t>.</w:t>
      </w:r>
    </w:p>
    <w:p w14:paraId="6AF54A26" w14:textId="77777777" w:rsidR="006277A4" w:rsidRPr="002941A6" w:rsidRDefault="006277A4" w:rsidP="002941A6">
      <w:pPr>
        <w:pStyle w:val="Paragraphedeliste"/>
        <w:numPr>
          <w:ilvl w:val="0"/>
          <w:numId w:val="14"/>
        </w:numPr>
        <w:rPr>
          <w:b/>
          <w:bCs/>
        </w:rPr>
      </w:pPr>
      <w:r w:rsidRPr="006277A4">
        <w:t xml:space="preserve">Mode </w:t>
      </w:r>
      <w:proofErr w:type="spellStart"/>
      <w:proofErr w:type="gramStart"/>
      <w:r w:rsidRPr="006277A4">
        <w:t>synchrone</w:t>
      </w:r>
      <w:proofErr w:type="spellEnd"/>
      <w:r w:rsidRPr="006277A4">
        <w:t xml:space="preserve"> :</w:t>
      </w:r>
      <w:proofErr w:type="gramEnd"/>
      <w:r w:rsidRPr="006277A4">
        <w:t xml:space="preserve"> Les </w:t>
      </w:r>
      <w:proofErr w:type="spellStart"/>
      <w:r w:rsidRPr="006277A4">
        <w:t>réponses</w:t>
      </w:r>
      <w:proofErr w:type="spellEnd"/>
      <w:r w:rsidRPr="006277A4">
        <w:t xml:space="preserve"> aux </w:t>
      </w:r>
      <w:proofErr w:type="spellStart"/>
      <w:r w:rsidRPr="006277A4">
        <w:t>requêtes</w:t>
      </w:r>
      <w:proofErr w:type="spellEnd"/>
      <w:r w:rsidRPr="006277A4">
        <w:t xml:space="preserve"> </w:t>
      </w:r>
      <w:proofErr w:type="spellStart"/>
      <w:r w:rsidRPr="006277A4">
        <w:t>sont</w:t>
      </w:r>
      <w:proofErr w:type="spellEnd"/>
      <w:r w:rsidRPr="006277A4">
        <w:t xml:space="preserve"> </w:t>
      </w:r>
      <w:proofErr w:type="spellStart"/>
      <w:r w:rsidRPr="006277A4">
        <w:t>traitées</w:t>
      </w:r>
      <w:proofErr w:type="spellEnd"/>
      <w:r w:rsidRPr="006277A4">
        <w:t xml:space="preserve"> et </w:t>
      </w:r>
      <w:proofErr w:type="spellStart"/>
      <w:r w:rsidRPr="006277A4">
        <w:t>renvoyées</w:t>
      </w:r>
      <w:proofErr w:type="spellEnd"/>
      <w:r w:rsidRPr="006277A4">
        <w:t xml:space="preserve"> de manière </w:t>
      </w:r>
      <w:proofErr w:type="spellStart"/>
      <w:r w:rsidRPr="006277A4">
        <w:t>synchrone</w:t>
      </w:r>
      <w:proofErr w:type="spellEnd"/>
      <w:r w:rsidRPr="006277A4">
        <w:t>.</w:t>
      </w:r>
    </w:p>
    <w:p w14:paraId="2E9FE852" w14:textId="64ECC959" w:rsidR="00D12E32" w:rsidRPr="005378EF" w:rsidRDefault="00D12E32" w:rsidP="00155E00">
      <w:pPr>
        <w:pStyle w:val="Titre1"/>
      </w:pPr>
      <w:bookmarkStart w:id="3" w:name="_Toc233094996"/>
      <w:proofErr w:type="spellStart"/>
      <w:r w:rsidRPr="005378EF">
        <w:t>Règles</w:t>
      </w:r>
      <w:proofErr w:type="spellEnd"/>
      <w:r w:rsidRPr="005378EF">
        <w:t xml:space="preserve"> </w:t>
      </w:r>
      <w:proofErr w:type="spellStart"/>
      <w:r w:rsidRPr="005378EF">
        <w:t>d’intégration</w:t>
      </w:r>
      <w:bookmarkEnd w:id="3"/>
      <w:proofErr w:type="spellEnd"/>
    </w:p>
    <w:p w14:paraId="3BE4FA77" w14:textId="77777777" w:rsidR="006277A4" w:rsidRPr="002941A6" w:rsidRDefault="006277A4" w:rsidP="002941A6">
      <w:pPr>
        <w:pStyle w:val="Paragraphedeliste"/>
        <w:numPr>
          <w:ilvl w:val="0"/>
          <w:numId w:val="15"/>
        </w:numPr>
        <w:rPr>
          <w:lang w:val="fr-FR"/>
        </w:rPr>
      </w:pPr>
      <w:r w:rsidRPr="002941A6">
        <w:rPr>
          <w:lang w:val="fr-FR"/>
        </w:rPr>
        <w:t>Pour garantir la sécurité et la conformité des échanges, le client doit se conformer aux règles techniques suivantes :</w:t>
      </w:r>
    </w:p>
    <w:p w14:paraId="5A696DE3" w14:textId="77777777" w:rsidR="006277A4" w:rsidRPr="002941A6" w:rsidRDefault="006277A4" w:rsidP="002941A6">
      <w:pPr>
        <w:pStyle w:val="Paragraphedeliste"/>
        <w:numPr>
          <w:ilvl w:val="0"/>
          <w:numId w:val="15"/>
        </w:numPr>
        <w:rPr>
          <w:lang w:val="fr-FR"/>
        </w:rPr>
      </w:pPr>
      <w:r w:rsidRPr="002941A6">
        <w:rPr>
          <w:lang w:val="fr-FR"/>
        </w:rPr>
        <w:t xml:space="preserve">Authentification : Tous les appels aux </w:t>
      </w:r>
      <w:proofErr w:type="spellStart"/>
      <w:r w:rsidRPr="002941A6">
        <w:rPr>
          <w:lang w:val="fr-FR"/>
        </w:rPr>
        <w:t>endpoints</w:t>
      </w:r>
      <w:proofErr w:type="spellEnd"/>
      <w:r w:rsidRPr="002941A6">
        <w:rPr>
          <w:lang w:val="fr-FR"/>
        </w:rPr>
        <w:t xml:space="preserve"> métiers nécessitent un jeton d'authentification de type Bearer </w:t>
      </w:r>
      <w:proofErr w:type="spellStart"/>
      <w:r w:rsidRPr="002941A6">
        <w:rPr>
          <w:lang w:val="fr-FR"/>
        </w:rPr>
        <w:t>Token</w:t>
      </w:r>
      <w:proofErr w:type="spellEnd"/>
      <w:r w:rsidRPr="002941A6">
        <w:rPr>
          <w:lang w:val="fr-FR"/>
        </w:rPr>
        <w:t xml:space="preserve"> valide.</w:t>
      </w:r>
    </w:p>
    <w:p w14:paraId="19A98252" w14:textId="77777777" w:rsidR="006277A4" w:rsidRPr="002941A6" w:rsidRDefault="006277A4" w:rsidP="002941A6">
      <w:pPr>
        <w:pStyle w:val="Paragraphedeliste"/>
        <w:numPr>
          <w:ilvl w:val="0"/>
          <w:numId w:val="15"/>
        </w:numPr>
        <w:rPr>
          <w:lang w:val="fr-FR"/>
        </w:rPr>
      </w:pPr>
      <w:r w:rsidRPr="002941A6">
        <w:rPr>
          <w:lang w:val="fr-FR"/>
        </w:rPr>
        <w:t xml:space="preserve">Gestion du </w:t>
      </w:r>
      <w:proofErr w:type="spellStart"/>
      <w:r w:rsidRPr="002941A6">
        <w:rPr>
          <w:lang w:val="fr-FR"/>
        </w:rPr>
        <w:t>Token</w:t>
      </w:r>
      <w:proofErr w:type="spellEnd"/>
      <w:r w:rsidRPr="002941A6">
        <w:rPr>
          <w:lang w:val="fr-FR"/>
        </w:rPr>
        <w:t xml:space="preserve"> : La durée de validité du jeton est strictement limitée à 3600 secondes (1 heure).</w:t>
      </w:r>
    </w:p>
    <w:p w14:paraId="16F94A00" w14:textId="09B940F3" w:rsidR="006277A4" w:rsidRPr="002941A6" w:rsidRDefault="006277A4" w:rsidP="002941A6">
      <w:pPr>
        <w:pStyle w:val="Paragraphedeliste"/>
        <w:numPr>
          <w:ilvl w:val="0"/>
          <w:numId w:val="15"/>
        </w:numPr>
        <w:rPr>
          <w:lang w:val="fr-FR"/>
        </w:rPr>
      </w:pPr>
      <w:r w:rsidRPr="002941A6">
        <w:rPr>
          <w:lang w:val="fr-FR"/>
        </w:rPr>
        <w:t>Traçabilité (</w:t>
      </w:r>
      <w:proofErr w:type="spellStart"/>
      <w:r w:rsidRPr="002941A6">
        <w:rPr>
          <w:lang w:val="fr-FR"/>
        </w:rPr>
        <w:t>external_ref</w:t>
      </w:r>
      <w:proofErr w:type="spellEnd"/>
      <w:r w:rsidRPr="002941A6">
        <w:rPr>
          <w:lang w:val="fr-FR"/>
        </w:rPr>
        <w:t xml:space="preserve">) : Le champ </w:t>
      </w:r>
      <w:proofErr w:type="spellStart"/>
      <w:r w:rsidRPr="002941A6">
        <w:rPr>
          <w:lang w:val="fr-FR"/>
        </w:rPr>
        <w:t>external_ref</w:t>
      </w:r>
      <w:proofErr w:type="spellEnd"/>
      <w:r w:rsidRPr="002941A6">
        <w:rPr>
          <w:lang w:val="fr-FR"/>
        </w:rPr>
        <w:t xml:space="preserve"> doit être fourni dans les requêtes ; il sert d’identifiant de corrélation unique entre les systèmes </w:t>
      </w:r>
      <w:proofErr w:type="spellStart"/>
      <w:r w:rsidRPr="002941A6">
        <w:rPr>
          <w:lang w:val="fr-FR"/>
        </w:rPr>
        <w:t>Integratome</w:t>
      </w:r>
      <w:proofErr w:type="spellEnd"/>
      <w:r w:rsidRPr="002941A6">
        <w:rPr>
          <w:lang w:val="fr-FR"/>
        </w:rPr>
        <w:t xml:space="preserve"> et </w:t>
      </w:r>
      <w:proofErr w:type="spellStart"/>
      <w:r w:rsidR="0093506A">
        <w:rPr>
          <w:b/>
          <w:bCs/>
          <w:lang w:val="fr-FR"/>
        </w:rPr>
        <w:t>Totum</w:t>
      </w:r>
      <w:proofErr w:type="spellEnd"/>
      <w:r w:rsidRPr="002941A6">
        <w:rPr>
          <w:lang w:val="fr-FR"/>
        </w:rPr>
        <w:t>.</w:t>
      </w:r>
    </w:p>
    <w:p w14:paraId="74989D0A" w14:textId="77777777" w:rsidR="006277A4" w:rsidRPr="002941A6" w:rsidRDefault="006277A4" w:rsidP="002941A6">
      <w:pPr>
        <w:pStyle w:val="Paragraphedeliste"/>
        <w:numPr>
          <w:ilvl w:val="0"/>
          <w:numId w:val="15"/>
        </w:numPr>
        <w:rPr>
          <w:lang w:val="fr-FR"/>
        </w:rPr>
      </w:pPr>
      <w:r w:rsidRPr="002941A6">
        <w:rPr>
          <w:lang w:val="fr-FR"/>
        </w:rPr>
        <w:t>Format des dates : Toutes les dates et horodatages doivent être transmis au format ISO 8601 (</w:t>
      </w:r>
      <w:proofErr w:type="gramStart"/>
      <w:r w:rsidRPr="002941A6">
        <w:rPr>
          <w:lang w:val="fr-FR"/>
        </w:rPr>
        <w:t>ex:</w:t>
      </w:r>
      <w:proofErr w:type="gramEnd"/>
      <w:r w:rsidRPr="002941A6">
        <w:rPr>
          <w:lang w:val="fr-FR"/>
        </w:rPr>
        <w:t xml:space="preserve"> </w:t>
      </w:r>
      <w:proofErr w:type="spellStart"/>
      <w:r w:rsidRPr="002941A6">
        <w:rPr>
          <w:lang w:val="fr-FR"/>
        </w:rPr>
        <w:t>YYYY-MM-</w:t>
      </w:r>
      <w:proofErr w:type="gramStart"/>
      <w:r w:rsidRPr="002941A6">
        <w:rPr>
          <w:lang w:val="fr-FR"/>
        </w:rPr>
        <w:t>DDTHH:mm:ssZ</w:t>
      </w:r>
      <w:proofErr w:type="spellEnd"/>
      <w:proofErr w:type="gramEnd"/>
      <w:r w:rsidRPr="002941A6">
        <w:rPr>
          <w:lang w:val="fr-FR"/>
        </w:rPr>
        <w:t>).</w:t>
      </w:r>
    </w:p>
    <w:p w14:paraId="1DCD8DEF" w14:textId="77777777" w:rsidR="006277A4" w:rsidRPr="002941A6" w:rsidRDefault="006277A4" w:rsidP="002941A6">
      <w:pPr>
        <w:pStyle w:val="Paragraphedeliste"/>
        <w:numPr>
          <w:ilvl w:val="0"/>
          <w:numId w:val="15"/>
        </w:numPr>
        <w:rPr>
          <w:lang w:val="fr-FR"/>
        </w:rPr>
      </w:pPr>
      <w:r w:rsidRPr="002941A6">
        <w:rPr>
          <w:lang w:val="fr-FR"/>
        </w:rPr>
        <w:t xml:space="preserve">Encodage : L'ensemble des </w:t>
      </w:r>
      <w:proofErr w:type="spellStart"/>
      <w:r w:rsidRPr="002941A6">
        <w:rPr>
          <w:lang w:val="fr-FR"/>
        </w:rPr>
        <w:t>payloads</w:t>
      </w:r>
      <w:proofErr w:type="spellEnd"/>
      <w:r w:rsidRPr="002941A6">
        <w:rPr>
          <w:lang w:val="fr-FR"/>
        </w:rPr>
        <w:t xml:space="preserve"> (requêtes et réponses) doit être impérativement encodé en UTF-8.</w:t>
      </w:r>
    </w:p>
    <w:p w14:paraId="269CFF4D" w14:textId="60A6FB16" w:rsidR="000F080B" w:rsidRDefault="000F080B" w:rsidP="00155E00">
      <w:pPr>
        <w:pStyle w:val="Titre1"/>
      </w:pPr>
      <w:bookmarkStart w:id="4" w:name="_Toc233094997"/>
      <w:proofErr w:type="spellStart"/>
      <w:r>
        <w:t>Schéma</w:t>
      </w:r>
      <w:proofErr w:type="spellEnd"/>
      <w:r>
        <w:t xml:space="preserve"> des </w:t>
      </w:r>
      <w:proofErr w:type="spellStart"/>
      <w:r>
        <w:t>échanges</w:t>
      </w:r>
      <w:proofErr w:type="spellEnd"/>
      <w:r>
        <w:t xml:space="preserve"> (</w:t>
      </w:r>
      <w:proofErr w:type="spellStart"/>
      <w:r>
        <w:t>Séquence</w:t>
      </w:r>
      <w:proofErr w:type="spellEnd"/>
      <w:r>
        <w:t>)</w:t>
      </w:r>
      <w:bookmarkEnd w:id="4"/>
    </w:p>
    <w:p w14:paraId="6FFAFC05" w14:textId="210F673D" w:rsidR="000F080B" w:rsidRDefault="000F080B" w:rsidP="000F080B">
      <w:r>
        <w:t xml:space="preserve">Le tableau ci-dessous </w:t>
      </w:r>
      <w:proofErr w:type="spellStart"/>
      <w:r>
        <w:t>représente</w:t>
      </w:r>
      <w:proofErr w:type="spellEnd"/>
      <w:r>
        <w:t xml:space="preserve"> la </w:t>
      </w:r>
      <w:proofErr w:type="spellStart"/>
      <w:r>
        <w:t>séquence</w:t>
      </w:r>
      <w:proofErr w:type="spellEnd"/>
      <w:r>
        <w:t xml:space="preserve"> </w:t>
      </w:r>
      <w:proofErr w:type="spellStart"/>
      <w:r>
        <w:t>logique</w:t>
      </w:r>
      <w:proofErr w:type="spellEnd"/>
      <w:r>
        <w:t xml:space="preserve"> d</w:t>
      </w:r>
      <w:r w:rsidR="00717926">
        <w:t>u</w:t>
      </w:r>
      <w:r>
        <w:t xml:space="preserve"> flux entre les deux </w:t>
      </w:r>
      <w:proofErr w:type="spellStart"/>
      <w:r>
        <w:t>serveurs</w:t>
      </w:r>
      <w:proofErr w:type="spellEnd"/>
      <w:r>
        <w:t>.</w:t>
      </w:r>
    </w:p>
    <w:p w14:paraId="43FAB39C" w14:textId="6D44A3CF" w:rsidR="00717926" w:rsidRPr="00717926" w:rsidRDefault="00717926" w:rsidP="00717926">
      <w:proofErr w:type="gramStart"/>
      <w:r w:rsidRPr="00717926">
        <w:t>Sens :</w:t>
      </w:r>
      <w:proofErr w:type="gramEnd"/>
      <w:r w:rsidRPr="00717926">
        <w:t xml:space="preserve"> </w:t>
      </w:r>
      <w:proofErr w:type="spellStart"/>
      <w:r w:rsidRPr="00717926">
        <w:t>Sortant</w:t>
      </w:r>
      <w:proofErr w:type="spellEnd"/>
      <w:r w:rsidRPr="00717926">
        <w:t xml:space="preserve"> </w:t>
      </w:r>
      <w:proofErr w:type="spellStart"/>
      <w:r w:rsidR="0093506A">
        <w:t>Totum</w:t>
      </w:r>
      <w:proofErr w:type="spellEnd"/>
      <w:r w:rsidRPr="00717926">
        <w:t xml:space="preserve"> | </w:t>
      </w:r>
      <w:proofErr w:type="spellStart"/>
      <w:proofErr w:type="gramStart"/>
      <w:r w:rsidRPr="00717926">
        <w:t>Méthode</w:t>
      </w:r>
      <w:proofErr w:type="spellEnd"/>
      <w:r w:rsidRPr="00717926">
        <w:t xml:space="preserve"> :</w:t>
      </w:r>
      <w:proofErr w:type="gramEnd"/>
      <w:r w:rsidRPr="00717926">
        <w:t xml:space="preserve"> POST (WS </w:t>
      </w:r>
      <w:proofErr w:type="spellStart"/>
      <w:r w:rsidRPr="00717926">
        <w:t>Integratome</w:t>
      </w:r>
      <w:proofErr w:type="spellEnd"/>
      <w:r w:rsidRPr="00717926">
        <w:t>)</w:t>
      </w:r>
    </w:p>
    <w:tbl>
      <w:tblPr>
        <w:tblStyle w:val="Grilledutableau"/>
        <w:tblW w:w="9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364"/>
        <w:gridCol w:w="3402"/>
      </w:tblGrid>
      <w:tr w:rsidR="000F080B" w14:paraId="70163D27" w14:textId="77777777" w:rsidTr="00DC343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F497A" w:themeFill="accent4" w:themeFillShade="BF"/>
          </w:tcPr>
          <w:p w14:paraId="0AA33DDC" w14:textId="144D0D09" w:rsidR="000F080B" w:rsidRPr="007229CE" w:rsidRDefault="000F080B" w:rsidP="00E359E6">
            <w:pPr>
              <w:jc w:val="center"/>
              <w:rPr>
                <w:b/>
                <w:color w:val="FFFFFF" w:themeColor="background1"/>
              </w:rPr>
            </w:pPr>
            <w:r w:rsidRPr="007229CE">
              <w:rPr>
                <w:b/>
                <w:color w:val="FFFFFF" w:themeColor="background1"/>
              </w:rPr>
              <w:t xml:space="preserve">SERVEUR </w:t>
            </w:r>
            <w:r w:rsidR="0093506A">
              <w:rPr>
                <w:b/>
                <w:color w:val="FFFFFF" w:themeColor="background1"/>
              </w:rPr>
              <w:t>TOTUM</w:t>
            </w:r>
          </w:p>
        </w:tc>
        <w:tc>
          <w:tcPr>
            <w:tcW w:w="2364" w:type="dxa"/>
            <w:tcBorders>
              <w:left w:val="single" w:sz="4" w:space="0" w:color="auto"/>
              <w:right w:val="single" w:sz="4" w:space="0" w:color="auto"/>
            </w:tcBorders>
          </w:tcPr>
          <w:p w14:paraId="3388E615" w14:textId="4A1634F6" w:rsidR="000F080B" w:rsidRPr="00DC3431" w:rsidRDefault="007758C5" w:rsidP="007758C5">
            <w:pPr>
              <w:jc w:val="center"/>
              <w:rPr>
                <w:b/>
                <w:bCs/>
                <w:sz w:val="24"/>
                <w:szCs w:val="24"/>
              </w:rPr>
            </w:pPr>
            <w:r w:rsidRPr="00DC3431">
              <w:rPr>
                <w:b/>
                <w:bCs/>
                <w:sz w:val="24"/>
                <w:szCs w:val="24"/>
              </w:rPr>
              <w:t>Direction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14:paraId="25EF8035" w14:textId="77777777" w:rsidR="000F080B" w:rsidRPr="007229CE" w:rsidRDefault="000F080B" w:rsidP="00E359E6">
            <w:pPr>
              <w:jc w:val="center"/>
              <w:rPr>
                <w:b/>
                <w:color w:val="FFFFFF" w:themeColor="background1"/>
              </w:rPr>
            </w:pPr>
            <w:r w:rsidRPr="007229CE">
              <w:rPr>
                <w:b/>
                <w:color w:val="FFFFFF" w:themeColor="background1"/>
              </w:rPr>
              <w:t>SERVEUR INTEGRATOME</w:t>
            </w:r>
          </w:p>
        </w:tc>
      </w:tr>
      <w:tr w:rsidR="007758C5" w14:paraId="21ECC7BD" w14:textId="77777777" w:rsidTr="00717926">
        <w:trPr>
          <w:trHeight w:val="119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4BA90" w14:textId="77777777" w:rsidR="00DC3431" w:rsidRDefault="00DC3431" w:rsidP="00E359E6">
            <w:pPr>
              <w:jc w:val="center"/>
            </w:pPr>
          </w:p>
          <w:p w14:paraId="481B696A" w14:textId="1C96ED9F" w:rsidR="007758C5" w:rsidRPr="00DC3431" w:rsidRDefault="00E16C3E" w:rsidP="00E359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Questionnaire</w:t>
            </w:r>
            <w:r w:rsidR="00DC3431" w:rsidRPr="00DC3431">
              <w:rPr>
                <w:b/>
                <w:bCs/>
              </w:rPr>
              <w:t xml:space="preserve"> patient</w:t>
            </w:r>
          </w:p>
          <w:p w14:paraId="77812072" w14:textId="1EF7A60A" w:rsidR="00DC3431" w:rsidRPr="007229CE" w:rsidRDefault="00DC3431" w:rsidP="00E359E6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6B2EC" w14:textId="413C4318" w:rsidR="007758C5" w:rsidRPr="007758C5" w:rsidRDefault="00DC3431" w:rsidP="007758C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E4CE910" wp14:editId="65C43FAF">
                      <wp:simplePos x="0" y="0"/>
                      <wp:positionH relativeFrom="column">
                        <wp:posOffset>391906</wp:posOffset>
                      </wp:positionH>
                      <wp:positionV relativeFrom="paragraph">
                        <wp:posOffset>130120</wp:posOffset>
                      </wp:positionV>
                      <wp:extent cx="612250" cy="262393"/>
                      <wp:effectExtent l="0" t="0" r="0" b="4445"/>
                      <wp:wrapNone/>
                      <wp:docPr id="198248635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2250" cy="26239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6099C5" w14:textId="77777777" w:rsidR="00DC3431" w:rsidRPr="00DC3431" w:rsidRDefault="00DC3431" w:rsidP="00DC3431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  <w:r w:rsidRPr="00DC3431">
                                    <w:rPr>
                                      <w:color w:val="FFFFFF" w:themeColor="background1"/>
                                    </w:rPr>
                                    <w:t>Flux 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4CE91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30.85pt;margin-top:10.25pt;width:48.2pt;height:20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" filled="f" stroked="f" strokeweight=".5pt">
                      <v:textbox>
                        <w:txbxContent>
                          <w:p w14:paraId="4B6099C5" w14:textId="77777777" w:rsidR="00DC3431" w:rsidRPr="00DC3431" w:rsidRDefault="00DC3431" w:rsidP="00DC3431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DC3431">
                              <w:rPr>
                                <w:color w:val="FFFFFF" w:themeColor="background1"/>
                              </w:rPr>
                              <w:t>Flux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53AC923" wp14:editId="630FF203">
                      <wp:simplePos x="0" y="0"/>
                      <wp:positionH relativeFrom="column">
                        <wp:posOffset>264187</wp:posOffset>
                      </wp:positionH>
                      <wp:positionV relativeFrom="paragraph">
                        <wp:posOffset>65323</wp:posOffset>
                      </wp:positionV>
                      <wp:extent cx="914400" cy="349858"/>
                      <wp:effectExtent l="57150" t="38100" r="38100" b="107950"/>
                      <wp:wrapNone/>
                      <wp:docPr id="1028141639" name="Flèche : droi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349858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1659C1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èche : droite 1" o:spid="_x0000_s1026" type="#_x0000_t13" style="position:absolute;margin-left:20.8pt;margin-top:5.15pt;width:1in;height:27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" adj="17468" fillcolor="#4f81bd [3204]" strokecolor="#4579b8 [3044]">
                      <v:fill color2="#a7bfde [1620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55A67" w14:textId="77777777" w:rsidR="00DC3431" w:rsidRDefault="00DC3431" w:rsidP="00E359E6">
            <w:pPr>
              <w:jc w:val="center"/>
            </w:pPr>
          </w:p>
          <w:p w14:paraId="74CAC4CC" w14:textId="5E63CB39" w:rsidR="007758C5" w:rsidRPr="007229CE" w:rsidRDefault="00DC3431" w:rsidP="00E359E6">
            <w:pPr>
              <w:jc w:val="center"/>
              <w:rPr>
                <w:b/>
                <w:color w:val="FFFFFF" w:themeColor="background1"/>
              </w:rPr>
            </w:pPr>
            <w:proofErr w:type="spellStart"/>
            <w:r>
              <w:t>Retour</w:t>
            </w:r>
            <w:r w:rsidR="00E16C3E">
              <w:t>ne</w:t>
            </w:r>
            <w:proofErr w:type="spellEnd"/>
            <w:r w:rsidR="00E16C3E">
              <w:t xml:space="preserve"> </w:t>
            </w:r>
            <w:r w:rsidR="0093506A">
              <w:t>le</w:t>
            </w:r>
            <w:r w:rsidR="00E16C3E">
              <w:t xml:space="preserve"> rapport </w:t>
            </w:r>
            <w:proofErr w:type="spellStart"/>
            <w:r w:rsidR="00E16C3E">
              <w:t>d’analyse</w:t>
            </w:r>
            <w:proofErr w:type="spellEnd"/>
            <w:r w:rsidR="00E16C3E">
              <w:t xml:space="preserve"> </w:t>
            </w:r>
            <w:r w:rsidR="0093506A">
              <w:t>au format PDF</w:t>
            </w:r>
          </w:p>
        </w:tc>
      </w:tr>
    </w:tbl>
    <w:p w14:paraId="264E21BE" w14:textId="65B6899A" w:rsidR="005378EF" w:rsidRDefault="005378EF" w:rsidP="005378EF"/>
    <w:p w14:paraId="4EE6F646" w14:textId="13065274" w:rsidR="00DC3431" w:rsidRDefault="00DC343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CH"/>
        </w:rPr>
      </w:pPr>
      <w:r>
        <w:br w:type="page"/>
      </w:r>
    </w:p>
    <w:p w14:paraId="243B4EC6" w14:textId="713E744B" w:rsidR="00A5479A" w:rsidRPr="00CF2895" w:rsidRDefault="00A5479A" w:rsidP="00CF2895">
      <w:pPr>
        <w:pStyle w:val="Titre1"/>
      </w:pPr>
      <w:bookmarkStart w:id="5" w:name="_Toc233094998"/>
      <w:proofErr w:type="spellStart"/>
      <w:r w:rsidRPr="00CF2895">
        <w:lastRenderedPageBreak/>
        <w:t>Authentification</w:t>
      </w:r>
      <w:bookmarkEnd w:id="5"/>
      <w:proofErr w:type="spellEnd"/>
      <w:r w:rsidRPr="00CF2895">
        <w:t xml:space="preserve"> </w:t>
      </w:r>
    </w:p>
    <w:p w14:paraId="693F9308" w14:textId="77777777" w:rsidR="00A5479A" w:rsidRPr="00CF2895" w:rsidRDefault="00A5479A" w:rsidP="00CF2895">
      <w:pPr>
        <w:pStyle w:val="Titre2"/>
      </w:pPr>
      <w:bookmarkStart w:id="6" w:name="_Toc233094999"/>
      <w:r w:rsidRPr="00CF2895">
        <w:t>Environnements</w:t>
      </w:r>
      <w:bookmarkEnd w:id="6"/>
    </w:p>
    <w:tbl>
      <w:tblPr>
        <w:tblW w:w="8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6520"/>
      </w:tblGrid>
      <w:tr w:rsidR="00A5479A" w:rsidRPr="00A5479A" w14:paraId="08BB0634" w14:textId="77777777" w:rsidTr="00A5479A">
        <w:trPr>
          <w:trHeight w:val="615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5C82DBC8" w14:textId="7C8020D6" w:rsidR="00A5479A" w:rsidRPr="00A5479A" w:rsidRDefault="00A5479A" w:rsidP="00A5479A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1F1F1F"/>
                <w:lang w:val="fr-FR" w:eastAsia="fr-FR"/>
              </w:rPr>
            </w:pPr>
            <w:r w:rsidRPr="00A5479A">
              <w:rPr>
                <w:b/>
                <w:bCs/>
              </w:rPr>
              <w:t>Environnement</w:t>
            </w:r>
          </w:p>
        </w:tc>
        <w:tc>
          <w:tcPr>
            <w:tcW w:w="6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23366B76" w14:textId="6551EB96" w:rsidR="00A5479A" w:rsidRPr="00A5479A" w:rsidRDefault="00A5479A" w:rsidP="00A5479A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1F1F1F"/>
                <w:lang w:val="fr-FR" w:eastAsia="fr-FR"/>
              </w:rPr>
            </w:pPr>
            <w:r w:rsidRPr="00A5479A">
              <w:rPr>
                <w:b/>
                <w:bCs/>
              </w:rPr>
              <w:t>Base URL</w:t>
            </w:r>
          </w:p>
        </w:tc>
      </w:tr>
      <w:tr w:rsidR="00A5479A" w:rsidRPr="00BB2D84" w14:paraId="36B13A43" w14:textId="77777777" w:rsidTr="00A5479A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0DA2925F" w14:textId="5A4B45D8" w:rsidR="00A5479A" w:rsidRPr="00A5479A" w:rsidRDefault="00A5479A" w:rsidP="00A5479A">
            <w:pPr>
              <w:spacing w:after="0" w:line="240" w:lineRule="auto"/>
              <w:ind w:firstLineChars="100" w:firstLine="221"/>
              <w:rPr>
                <w:rFonts w:ascii="Google Sans Text" w:eastAsia="Times New Roman" w:hAnsi="Google Sans Text" w:cs="Calibri"/>
                <w:b/>
                <w:bCs/>
                <w:color w:val="444746"/>
                <w:sz w:val="20"/>
                <w:szCs w:val="20"/>
                <w:lang w:val="fr-FR" w:eastAsia="fr-FR"/>
              </w:rPr>
            </w:pPr>
            <w:r w:rsidRPr="00A5479A">
              <w:rPr>
                <w:b/>
                <w:bCs/>
              </w:rPr>
              <w:t>Qualification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0D60D78" w14:textId="3E68AA69" w:rsidR="00A5479A" w:rsidRPr="00BB2D84" w:rsidRDefault="00A5479A" w:rsidP="00A5479A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1F1F1F"/>
                <w:lang w:val="fr-FR" w:eastAsia="fr-FR"/>
              </w:rPr>
            </w:pPr>
            <w:r w:rsidRPr="00734664">
              <w:t>https://</w:t>
            </w:r>
            <w:r w:rsidRPr="00A5479A">
              <w:t>auth</w:t>
            </w:r>
            <w:r>
              <w:t>.</w:t>
            </w:r>
            <w:r w:rsidRPr="00A5479A">
              <w:t>integratome.fr</w:t>
            </w:r>
          </w:p>
        </w:tc>
      </w:tr>
      <w:tr w:rsidR="00A5479A" w:rsidRPr="00BB2D84" w14:paraId="79D8D7F8" w14:textId="77777777" w:rsidTr="00A5479A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4814ED30" w14:textId="2413BF89" w:rsidR="00A5479A" w:rsidRPr="00A5479A" w:rsidRDefault="00A5479A" w:rsidP="00A5479A">
            <w:pPr>
              <w:spacing w:after="0" w:line="240" w:lineRule="auto"/>
              <w:ind w:firstLineChars="100" w:firstLine="221"/>
              <w:rPr>
                <w:rFonts w:ascii="Google Sans Text" w:eastAsia="Times New Roman" w:hAnsi="Google Sans Text" w:cs="Calibri"/>
                <w:b/>
                <w:bCs/>
                <w:color w:val="444746"/>
                <w:sz w:val="20"/>
                <w:szCs w:val="20"/>
                <w:lang w:val="fr-FR" w:eastAsia="fr-FR"/>
              </w:rPr>
            </w:pPr>
            <w:r w:rsidRPr="00A5479A">
              <w:rPr>
                <w:b/>
                <w:bCs/>
              </w:rPr>
              <w:t>Production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5DC23E6" w14:textId="073F2EE3" w:rsidR="00A5479A" w:rsidRPr="00BB2D84" w:rsidRDefault="00A5479A" w:rsidP="00A5479A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1F1F1F"/>
                <w:lang w:val="fr-FR" w:eastAsia="fr-FR"/>
              </w:rPr>
            </w:pPr>
            <w:r w:rsidRPr="00734664">
              <w:t>https://</w:t>
            </w:r>
            <w:r>
              <w:t>auth.</w:t>
            </w:r>
            <w:r w:rsidRPr="00A5479A">
              <w:t>integratome.</w:t>
            </w:r>
            <w:r>
              <w:t>com</w:t>
            </w:r>
          </w:p>
        </w:tc>
      </w:tr>
    </w:tbl>
    <w:p w14:paraId="01F64789" w14:textId="77777777" w:rsidR="00A5479A" w:rsidRDefault="00A5479A">
      <w:pPr>
        <w:rPr>
          <w:lang w:val="fr-CH"/>
        </w:rPr>
      </w:pPr>
    </w:p>
    <w:p w14:paraId="3F170A89" w14:textId="77777777" w:rsidR="00A5479A" w:rsidRPr="00A5479A" w:rsidRDefault="00A5479A" w:rsidP="00CF2895">
      <w:pPr>
        <w:pStyle w:val="Titre1"/>
      </w:pPr>
      <w:bookmarkStart w:id="7" w:name="_Toc233095000"/>
      <w:r w:rsidRPr="00A5479A">
        <w:t>Payload JSON</w:t>
      </w:r>
      <w:bookmarkEnd w:id="7"/>
    </w:p>
    <w:p w14:paraId="2C8F42AE" w14:textId="2847B904" w:rsidR="00A5479A" w:rsidRPr="00237B16" w:rsidRDefault="00A5479A" w:rsidP="00237B16">
      <w:pPr>
        <w:shd w:val="clear" w:color="auto" w:fill="D9D9D9" w:themeFill="background1" w:themeFillShade="D9"/>
        <w:spacing w:after="0"/>
      </w:pPr>
      <w:r w:rsidRPr="00237B16">
        <w:t>{</w:t>
      </w:r>
      <w:r w:rsidRPr="00237B16">
        <w:br/>
        <w:t xml:space="preserve">  "</w:t>
      </w:r>
      <w:proofErr w:type="spellStart"/>
      <w:r w:rsidRPr="00237B16">
        <w:t>client_id</w:t>
      </w:r>
      <w:proofErr w:type="spellEnd"/>
      <w:r w:rsidRPr="00237B16">
        <w:t>": "&lt;</w:t>
      </w:r>
      <w:proofErr w:type="spellStart"/>
      <w:r w:rsidRPr="00237B16">
        <w:t>fourni</w:t>
      </w:r>
      <w:proofErr w:type="spellEnd"/>
      <w:r w:rsidRPr="00237B16">
        <w:t xml:space="preserve"> par </w:t>
      </w:r>
      <w:proofErr w:type="spellStart"/>
      <w:r w:rsidRPr="00237B16">
        <w:t>Integratome</w:t>
      </w:r>
      <w:proofErr w:type="spellEnd"/>
      <w:r w:rsidRPr="00237B16">
        <w:t>&gt;",</w:t>
      </w:r>
      <w:r w:rsidRPr="00237B16">
        <w:br/>
        <w:t xml:space="preserve">  "</w:t>
      </w:r>
      <w:proofErr w:type="spellStart"/>
      <w:r w:rsidRPr="00237B16">
        <w:t>client_secret</w:t>
      </w:r>
      <w:proofErr w:type="spellEnd"/>
      <w:r w:rsidRPr="00237B16">
        <w:t>": "&lt;</w:t>
      </w:r>
      <w:proofErr w:type="spellStart"/>
      <w:r w:rsidRPr="00237B16">
        <w:t>fourni</w:t>
      </w:r>
      <w:proofErr w:type="spellEnd"/>
      <w:r w:rsidRPr="00237B16">
        <w:t xml:space="preserve"> par </w:t>
      </w:r>
      <w:proofErr w:type="spellStart"/>
      <w:r w:rsidRPr="00237B16">
        <w:t>Integratome</w:t>
      </w:r>
      <w:proofErr w:type="spellEnd"/>
      <w:r w:rsidRPr="00237B16">
        <w:t xml:space="preserve"> &gt;"</w:t>
      </w:r>
      <w:r w:rsidRPr="00237B16">
        <w:br/>
        <w:t>}</w:t>
      </w:r>
    </w:p>
    <w:p w14:paraId="7C3E50C0" w14:textId="260262C9" w:rsidR="00180906" w:rsidRDefault="00237B16" w:rsidP="00A5479A">
      <w:pPr>
        <w:rPr>
          <w:rFonts w:ascii="Consolas" w:hAnsi="Consolas"/>
          <w:sz w:val="17"/>
          <w:lang w:val="fr-FR"/>
        </w:rPr>
      </w:pPr>
      <w:r>
        <w:rPr>
          <w:rFonts w:ascii="Consolas" w:hAnsi="Consolas"/>
          <w:sz w:val="17"/>
          <w:lang w:val="fr-FR"/>
        </w:rPr>
        <w:t>Voici l’exemple en qualification :</w:t>
      </w:r>
    </w:p>
    <w:p w14:paraId="31CEC993" w14:textId="77777777" w:rsidR="00237B16" w:rsidRPr="00237B16" w:rsidRDefault="00237B16" w:rsidP="00237B16">
      <w:pPr>
        <w:shd w:val="clear" w:color="auto" w:fill="D9D9D9" w:themeFill="background1" w:themeFillShade="D9"/>
        <w:spacing w:after="0"/>
      </w:pPr>
      <w:r w:rsidRPr="00237B16">
        <w:t xml:space="preserve">[  </w:t>
      </w:r>
    </w:p>
    <w:p w14:paraId="6517EC15" w14:textId="77777777" w:rsidR="00237B16" w:rsidRPr="00237B16" w:rsidRDefault="00237B16" w:rsidP="00237B16">
      <w:pPr>
        <w:shd w:val="clear" w:color="auto" w:fill="D9D9D9" w:themeFill="background1" w:themeFillShade="D9"/>
        <w:spacing w:after="0"/>
      </w:pPr>
      <w:r w:rsidRPr="00237B16">
        <w:tab/>
        <w:t>'server' =&gt; [</w:t>
      </w:r>
    </w:p>
    <w:p w14:paraId="61C8E01B" w14:textId="77777777" w:rsidR="00237B16" w:rsidRPr="00237B16" w:rsidRDefault="00237B16" w:rsidP="00237B16">
      <w:pPr>
        <w:shd w:val="clear" w:color="auto" w:fill="D9D9D9" w:themeFill="background1" w:themeFillShade="D9"/>
        <w:spacing w:after="0"/>
      </w:pPr>
      <w:r w:rsidRPr="00237B16">
        <w:tab/>
      </w:r>
      <w:r w:rsidRPr="00237B16">
        <w:tab/>
        <w:t xml:space="preserve"> '</w:t>
      </w:r>
      <w:proofErr w:type="spellStart"/>
      <w:r w:rsidRPr="00237B16">
        <w:t>serverAuth</w:t>
      </w:r>
      <w:proofErr w:type="spellEnd"/>
      <w:r w:rsidRPr="00237B16">
        <w:t xml:space="preserve">' </w:t>
      </w:r>
      <w:r w:rsidRPr="00237B16">
        <w:tab/>
        <w:t>=&gt; 'https://auth.integratome.fr</w:t>
      </w:r>
      <w:proofErr w:type="gramStart"/>
      <w:r w:rsidRPr="00237B16">
        <w:t>'  /</w:t>
      </w:r>
      <w:proofErr w:type="gramEnd"/>
      <w:r w:rsidRPr="00237B16">
        <w:t xml:space="preserve">/ </w:t>
      </w:r>
      <w:proofErr w:type="spellStart"/>
      <w:r w:rsidRPr="00237B16">
        <w:t>Serveur</w:t>
      </w:r>
      <w:proofErr w:type="spellEnd"/>
      <w:r w:rsidRPr="00237B16">
        <w:t xml:space="preserve"> </w:t>
      </w:r>
      <w:proofErr w:type="spellStart"/>
      <w:r w:rsidRPr="00237B16">
        <w:t>d’autorisation</w:t>
      </w:r>
      <w:proofErr w:type="spellEnd"/>
    </w:p>
    <w:p w14:paraId="724A5D06" w14:textId="77777777" w:rsidR="00237B16" w:rsidRPr="00237B16" w:rsidRDefault="00237B16" w:rsidP="00237B16">
      <w:pPr>
        <w:shd w:val="clear" w:color="auto" w:fill="D9D9D9" w:themeFill="background1" w:themeFillShade="D9"/>
        <w:spacing w:after="0"/>
      </w:pPr>
      <w:r w:rsidRPr="00237B16">
        <w:tab/>
      </w:r>
      <w:r w:rsidRPr="00237B16">
        <w:tab/>
        <w:t>,'</w:t>
      </w:r>
      <w:proofErr w:type="spellStart"/>
      <w:r w:rsidRPr="00237B16">
        <w:t>serverApi</w:t>
      </w:r>
      <w:proofErr w:type="spellEnd"/>
      <w:r w:rsidRPr="00237B16">
        <w:t xml:space="preserve">' </w:t>
      </w:r>
      <w:r w:rsidRPr="00237B16">
        <w:tab/>
        <w:t>=&gt; 'https://api.integratome.fr</w:t>
      </w:r>
      <w:proofErr w:type="gramStart"/>
      <w:r w:rsidRPr="00237B16">
        <w:t>'  /</w:t>
      </w:r>
      <w:proofErr w:type="gramEnd"/>
      <w:r w:rsidRPr="00237B16">
        <w:t xml:space="preserve">/ </w:t>
      </w:r>
      <w:proofErr w:type="spellStart"/>
      <w:r w:rsidRPr="00237B16">
        <w:t>Serveur</w:t>
      </w:r>
      <w:proofErr w:type="spellEnd"/>
      <w:r w:rsidRPr="00237B16">
        <w:t xml:space="preserve"> de </w:t>
      </w:r>
      <w:proofErr w:type="spellStart"/>
      <w:r w:rsidRPr="00237B16">
        <w:t>ressources</w:t>
      </w:r>
      <w:proofErr w:type="spellEnd"/>
      <w:r w:rsidRPr="00237B16">
        <w:t xml:space="preserve"> </w:t>
      </w:r>
    </w:p>
    <w:p w14:paraId="29DF9AA1" w14:textId="77777777" w:rsidR="00237B16" w:rsidRPr="00237B16" w:rsidRDefault="00237B16" w:rsidP="00237B16">
      <w:pPr>
        <w:shd w:val="clear" w:color="auto" w:fill="D9D9D9" w:themeFill="background1" w:themeFillShade="D9"/>
        <w:spacing w:after="0"/>
      </w:pPr>
      <w:r w:rsidRPr="00237B16">
        <w:tab/>
      </w:r>
      <w:r w:rsidRPr="00237B16">
        <w:tab/>
        <w:t>,'CUSTOMREQUEST'=&gt; 'POST</w:t>
      </w:r>
      <w:proofErr w:type="gramStart"/>
      <w:r w:rsidRPr="00237B16">
        <w:t>'  /</w:t>
      </w:r>
      <w:proofErr w:type="gramEnd"/>
      <w:r w:rsidRPr="00237B16">
        <w:t xml:space="preserve">/ Mode </w:t>
      </w:r>
      <w:proofErr w:type="spellStart"/>
      <w:r w:rsidRPr="00237B16">
        <w:t>d'échange</w:t>
      </w:r>
      <w:proofErr w:type="spellEnd"/>
    </w:p>
    <w:p w14:paraId="023BD840" w14:textId="77777777" w:rsidR="00237B16" w:rsidRPr="00237B16" w:rsidRDefault="00237B16" w:rsidP="00237B16">
      <w:pPr>
        <w:shd w:val="clear" w:color="auto" w:fill="D9D9D9" w:themeFill="background1" w:themeFillShade="D9"/>
        <w:spacing w:after="0"/>
      </w:pPr>
      <w:r w:rsidRPr="00237B16">
        <w:tab/>
        <w:t>]</w:t>
      </w:r>
    </w:p>
    <w:p w14:paraId="4CE3C6D9" w14:textId="77777777" w:rsidR="00237B16" w:rsidRPr="00237B16" w:rsidRDefault="00237B16" w:rsidP="00237B16">
      <w:pPr>
        <w:shd w:val="clear" w:color="auto" w:fill="D9D9D9" w:themeFill="background1" w:themeFillShade="D9"/>
        <w:spacing w:after="0"/>
      </w:pPr>
      <w:r w:rsidRPr="00237B16">
        <w:tab/>
        <w:t>,'</w:t>
      </w:r>
      <w:proofErr w:type="spellStart"/>
      <w:r w:rsidRPr="00237B16">
        <w:t>authPayload</w:t>
      </w:r>
      <w:proofErr w:type="spellEnd"/>
      <w:r w:rsidRPr="00237B16">
        <w:t>' =&gt; [</w:t>
      </w:r>
    </w:p>
    <w:p w14:paraId="59504421" w14:textId="77777777" w:rsidR="00237B16" w:rsidRPr="00237B16" w:rsidRDefault="00237B16" w:rsidP="00237B16">
      <w:pPr>
        <w:shd w:val="clear" w:color="auto" w:fill="D9D9D9" w:themeFill="background1" w:themeFillShade="D9"/>
        <w:spacing w:after="0"/>
      </w:pPr>
      <w:r w:rsidRPr="00237B16">
        <w:tab/>
      </w:r>
      <w:r w:rsidRPr="00237B16">
        <w:tab/>
        <w:t xml:space="preserve"> '</w:t>
      </w:r>
      <w:proofErr w:type="spellStart"/>
      <w:proofErr w:type="gramStart"/>
      <w:r w:rsidRPr="00237B16">
        <w:t>grant</w:t>
      </w:r>
      <w:proofErr w:type="gramEnd"/>
      <w:r w:rsidRPr="00237B16">
        <w:t>_type</w:t>
      </w:r>
      <w:proofErr w:type="spellEnd"/>
      <w:r w:rsidRPr="00237B16">
        <w:t xml:space="preserve">' </w:t>
      </w:r>
      <w:r w:rsidRPr="00237B16">
        <w:tab/>
        <w:t>=&gt; '</w:t>
      </w:r>
      <w:proofErr w:type="spellStart"/>
      <w:r w:rsidRPr="00237B16">
        <w:t>client_credentials</w:t>
      </w:r>
      <w:proofErr w:type="spellEnd"/>
      <w:r w:rsidRPr="00237B16">
        <w:t xml:space="preserve">' </w:t>
      </w:r>
    </w:p>
    <w:p w14:paraId="775299E6" w14:textId="77777777" w:rsidR="00237B16" w:rsidRPr="00237B16" w:rsidRDefault="00237B16" w:rsidP="00237B16">
      <w:pPr>
        <w:shd w:val="clear" w:color="auto" w:fill="D9D9D9" w:themeFill="background1" w:themeFillShade="D9"/>
        <w:spacing w:after="0"/>
      </w:pPr>
      <w:r w:rsidRPr="00237B16">
        <w:tab/>
      </w:r>
      <w:r w:rsidRPr="00237B16">
        <w:tab/>
        <w:t>,'</w:t>
      </w:r>
      <w:proofErr w:type="spellStart"/>
      <w:r w:rsidRPr="00237B16">
        <w:t>client_id</w:t>
      </w:r>
      <w:proofErr w:type="spellEnd"/>
      <w:r w:rsidRPr="00237B16">
        <w:t xml:space="preserve">' </w:t>
      </w:r>
      <w:r w:rsidRPr="00237B16">
        <w:tab/>
        <w:t>=&gt; '</w:t>
      </w:r>
      <w:proofErr w:type="spellStart"/>
      <w:r w:rsidRPr="00237B16">
        <w:t>TotumQual</w:t>
      </w:r>
      <w:proofErr w:type="spellEnd"/>
      <w:proofErr w:type="gramStart"/>
      <w:r w:rsidRPr="00237B16">
        <w:t>'  /</w:t>
      </w:r>
      <w:proofErr w:type="gramEnd"/>
      <w:r w:rsidRPr="00237B16">
        <w:t xml:space="preserve">/ </w:t>
      </w:r>
      <w:proofErr w:type="spellStart"/>
      <w:r w:rsidRPr="00237B16">
        <w:t>Identifiant</w:t>
      </w:r>
      <w:proofErr w:type="spellEnd"/>
      <w:r w:rsidRPr="00237B16">
        <w:t xml:space="preserve"> du client  </w:t>
      </w:r>
    </w:p>
    <w:p w14:paraId="36E70CAF" w14:textId="77777777" w:rsidR="00237B16" w:rsidRPr="00237B16" w:rsidRDefault="00237B16" w:rsidP="00237B16">
      <w:pPr>
        <w:shd w:val="clear" w:color="auto" w:fill="D9D9D9" w:themeFill="background1" w:themeFillShade="D9"/>
        <w:spacing w:after="0"/>
      </w:pPr>
      <w:r w:rsidRPr="00237B16">
        <w:tab/>
      </w:r>
      <w:r w:rsidRPr="00237B16">
        <w:tab/>
        <w:t>,'</w:t>
      </w:r>
      <w:proofErr w:type="spellStart"/>
      <w:r w:rsidRPr="00237B16">
        <w:t>client_secret</w:t>
      </w:r>
      <w:proofErr w:type="spellEnd"/>
      <w:r w:rsidRPr="00237B16">
        <w:t xml:space="preserve">'=&gt; 'a8f4b2c1d9e6f3a0b5c7d4e9f1a8b3c5' // Secret </w:t>
      </w:r>
      <w:proofErr w:type="spellStart"/>
      <w:r w:rsidRPr="00237B16">
        <w:t>associé</w:t>
      </w:r>
      <w:proofErr w:type="spellEnd"/>
      <w:r w:rsidRPr="00237B16">
        <w:t xml:space="preserve"> à </w:t>
      </w:r>
      <w:proofErr w:type="spellStart"/>
      <w:r w:rsidRPr="00237B16">
        <w:t>l'identifiant</w:t>
      </w:r>
      <w:proofErr w:type="spellEnd"/>
      <w:r w:rsidRPr="00237B16">
        <w:t xml:space="preserve"> client  </w:t>
      </w:r>
    </w:p>
    <w:p w14:paraId="58DE606D" w14:textId="6B2E9750" w:rsidR="00237B16" w:rsidRPr="00237B16" w:rsidRDefault="00237B16" w:rsidP="00237B16">
      <w:pPr>
        <w:shd w:val="clear" w:color="auto" w:fill="D9D9D9" w:themeFill="background1" w:themeFillShade="D9"/>
        <w:spacing w:after="0"/>
      </w:pPr>
      <w:r w:rsidRPr="00237B16">
        <w:tab/>
      </w:r>
      <w:r w:rsidRPr="00237B16">
        <w:tab/>
        <w:t xml:space="preserve">,'scope' </w:t>
      </w:r>
      <w:r w:rsidRPr="00237B16">
        <w:tab/>
      </w:r>
      <w:r w:rsidRPr="00237B16">
        <w:tab/>
        <w:t>=&gt; '</w:t>
      </w:r>
      <w:proofErr w:type="spellStart"/>
      <w:r w:rsidRPr="00237B16">
        <w:t>pdf_</w:t>
      </w:r>
      <w:proofErr w:type="gramStart"/>
      <w:r w:rsidRPr="00237B16">
        <w:t>totum:read</w:t>
      </w:r>
      <w:proofErr w:type="spellEnd"/>
      <w:proofErr w:type="gramEnd"/>
      <w:r w:rsidRPr="00237B16">
        <w:t xml:space="preserve">' </w:t>
      </w:r>
    </w:p>
    <w:p w14:paraId="6626210B" w14:textId="77777777" w:rsidR="00237B16" w:rsidRPr="00237B16" w:rsidRDefault="00237B16" w:rsidP="00237B16">
      <w:pPr>
        <w:shd w:val="clear" w:color="auto" w:fill="D9D9D9" w:themeFill="background1" w:themeFillShade="D9"/>
        <w:spacing w:after="0"/>
      </w:pPr>
      <w:r w:rsidRPr="00237B16">
        <w:tab/>
        <w:t>]</w:t>
      </w:r>
    </w:p>
    <w:p w14:paraId="40731216" w14:textId="77777777" w:rsidR="00237B16" w:rsidRPr="00237B16" w:rsidRDefault="00237B16" w:rsidP="00237B16">
      <w:pPr>
        <w:shd w:val="clear" w:color="auto" w:fill="D9D9D9" w:themeFill="background1" w:themeFillShade="D9"/>
        <w:spacing w:after="0"/>
      </w:pPr>
      <w:r w:rsidRPr="00237B16">
        <w:t>]</w:t>
      </w:r>
    </w:p>
    <w:p w14:paraId="506DC418" w14:textId="77777777" w:rsidR="00237B16" w:rsidRDefault="00237B16" w:rsidP="00237B16">
      <w:pPr>
        <w:pStyle w:val="Titre2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val="en-US"/>
        </w:rPr>
      </w:pPr>
    </w:p>
    <w:p w14:paraId="7DACC504" w14:textId="1989A438" w:rsidR="00180906" w:rsidRPr="00A5479A" w:rsidRDefault="00180906" w:rsidP="00237B16">
      <w:pPr>
        <w:pStyle w:val="Titre2"/>
      </w:pPr>
      <w:bookmarkStart w:id="8" w:name="_Toc233095001"/>
      <w:r>
        <w:t>Réponse</w:t>
      </w:r>
      <w:bookmarkEnd w:id="8"/>
    </w:p>
    <w:p w14:paraId="5C6BC458" w14:textId="7126ADAF" w:rsidR="00A5479A" w:rsidRPr="00237B16" w:rsidRDefault="004B2CE1" w:rsidP="00237B16">
      <w:pPr>
        <w:shd w:val="clear" w:color="auto" w:fill="D9D9D9" w:themeFill="background1" w:themeFillShade="D9"/>
        <w:spacing w:after="0"/>
      </w:pPr>
      <w:r w:rsidRPr="00237B16">
        <w:t>{</w:t>
      </w:r>
      <w:r w:rsidRPr="00237B16">
        <w:br/>
        <w:t xml:space="preserve">  </w:t>
      </w:r>
      <w:r w:rsidR="00180906" w:rsidRPr="00237B16">
        <w:t>"</w:t>
      </w:r>
      <w:proofErr w:type="spellStart"/>
      <w:r w:rsidR="00180906" w:rsidRPr="00237B16">
        <w:t>access_token</w:t>
      </w:r>
      <w:proofErr w:type="spellEnd"/>
      <w:r w:rsidR="00180906" w:rsidRPr="00237B16">
        <w:t>": qmLP2BwehSYUmPlx1RLvUszWGb7xAJEMoc",</w:t>
      </w:r>
      <w:r w:rsidR="00180906" w:rsidRPr="00237B16">
        <w:br/>
        <w:t xml:space="preserve">  "</w:t>
      </w:r>
      <w:proofErr w:type="spellStart"/>
      <w:r w:rsidR="00180906" w:rsidRPr="00237B16">
        <w:t>token_type</w:t>
      </w:r>
      <w:proofErr w:type="spellEnd"/>
      <w:r w:rsidR="00180906" w:rsidRPr="00237B16">
        <w:t>": "Bearer",</w:t>
      </w:r>
      <w:r w:rsidR="00180906" w:rsidRPr="00237B16">
        <w:br/>
        <w:t xml:space="preserve">  "</w:t>
      </w:r>
      <w:proofErr w:type="spellStart"/>
      <w:r w:rsidR="00180906" w:rsidRPr="00237B16">
        <w:t>expires_in</w:t>
      </w:r>
      <w:proofErr w:type="spellEnd"/>
      <w:r w:rsidR="00180906" w:rsidRPr="00237B16">
        <w:t>": 3600,</w:t>
      </w:r>
      <w:r w:rsidR="00180906" w:rsidRPr="00237B16">
        <w:br/>
        <w:t xml:space="preserve">  "username": "</w:t>
      </w:r>
      <w:proofErr w:type="spellStart"/>
      <w:r w:rsidR="0093506A" w:rsidRPr="00237B16">
        <w:t>Totum</w:t>
      </w:r>
      <w:proofErr w:type="spellEnd"/>
      <w:r w:rsidR="00180906" w:rsidRPr="00237B16">
        <w:t>"</w:t>
      </w:r>
      <w:r w:rsidR="00180906" w:rsidRPr="00237B16">
        <w:br/>
        <w:t>}</w:t>
      </w:r>
    </w:p>
    <w:p w14:paraId="1852C6A9" w14:textId="77777777" w:rsidR="000F080B" w:rsidRDefault="000F080B" w:rsidP="00A5479A">
      <w:pPr>
        <w:rPr>
          <w:rFonts w:ascii="Consolas" w:hAnsi="Consolas"/>
          <w:sz w:val="17"/>
          <w:lang w:val="fr-FR"/>
        </w:rPr>
      </w:pPr>
    </w:p>
    <w:p w14:paraId="713F5179" w14:textId="77777777" w:rsidR="00D12E32" w:rsidRDefault="00D12E32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0D303F20" w14:textId="279B3A7B" w:rsidR="000F080B" w:rsidRPr="00D12E32" w:rsidRDefault="000F080B" w:rsidP="00D12E32">
      <w:pPr>
        <w:pStyle w:val="Titre1"/>
      </w:pPr>
      <w:bookmarkStart w:id="9" w:name="_Toc233095002"/>
      <w:r w:rsidRPr="00D12E32">
        <w:lastRenderedPageBreak/>
        <w:t xml:space="preserve">Endpoint </w:t>
      </w:r>
      <w:proofErr w:type="gramStart"/>
      <w:r w:rsidRPr="00D12E32">
        <w:t>métier :</w:t>
      </w:r>
      <w:proofErr w:type="gramEnd"/>
      <w:r w:rsidRPr="00D12E32">
        <w:t xml:space="preserve"> </w:t>
      </w:r>
      <w:bookmarkStart w:id="10" w:name="_Hlk230171690"/>
      <w:proofErr w:type="spellStart"/>
      <w:r w:rsidR="00717926">
        <w:t>getRapportPharmacie</w:t>
      </w:r>
      <w:bookmarkEnd w:id="9"/>
      <w:bookmarkEnd w:id="10"/>
      <w:proofErr w:type="spellEnd"/>
    </w:p>
    <w:p w14:paraId="6148C4FC" w14:textId="77777777" w:rsidR="000F080B" w:rsidRDefault="000F080B" w:rsidP="000F080B">
      <w:pPr>
        <w:rPr>
          <w:lang w:val="fr-CH"/>
        </w:rPr>
      </w:pPr>
    </w:p>
    <w:p w14:paraId="03277CA2" w14:textId="77777777" w:rsidR="000F080B" w:rsidRDefault="000F080B" w:rsidP="000F080B">
      <w:pPr>
        <w:pStyle w:val="Titre2"/>
      </w:pPr>
      <w:bookmarkStart w:id="11" w:name="_Toc233095003"/>
      <w:r w:rsidRPr="00A5479A">
        <w:t>Environnements</w:t>
      </w:r>
      <w:bookmarkEnd w:id="11"/>
    </w:p>
    <w:tbl>
      <w:tblPr>
        <w:tblW w:w="8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6520"/>
      </w:tblGrid>
      <w:tr w:rsidR="000F080B" w:rsidRPr="00A5479A" w14:paraId="1D77CD39" w14:textId="77777777" w:rsidTr="00E359E6">
        <w:trPr>
          <w:trHeight w:val="615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1CE50402" w14:textId="77777777" w:rsidR="000F080B" w:rsidRPr="00A5479A" w:rsidRDefault="000F080B" w:rsidP="00E359E6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1F1F1F"/>
                <w:lang w:val="fr-FR" w:eastAsia="fr-FR"/>
              </w:rPr>
            </w:pPr>
            <w:r w:rsidRPr="00A5479A">
              <w:rPr>
                <w:b/>
                <w:bCs/>
              </w:rPr>
              <w:t>Environnement</w:t>
            </w:r>
          </w:p>
        </w:tc>
        <w:tc>
          <w:tcPr>
            <w:tcW w:w="6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18D77A34" w14:textId="77777777" w:rsidR="000F080B" w:rsidRPr="00A5479A" w:rsidRDefault="000F080B" w:rsidP="00E359E6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1F1F1F"/>
                <w:lang w:val="fr-FR" w:eastAsia="fr-FR"/>
              </w:rPr>
            </w:pPr>
            <w:r w:rsidRPr="00A5479A">
              <w:rPr>
                <w:b/>
                <w:bCs/>
              </w:rPr>
              <w:t>Base URL</w:t>
            </w:r>
          </w:p>
        </w:tc>
      </w:tr>
      <w:tr w:rsidR="000F080B" w:rsidRPr="00BB2D84" w14:paraId="5D413AF0" w14:textId="77777777" w:rsidTr="00E359E6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5857E7F1" w14:textId="77777777" w:rsidR="000F080B" w:rsidRPr="00A5479A" w:rsidRDefault="000F080B" w:rsidP="00E359E6">
            <w:pPr>
              <w:spacing w:after="0" w:line="240" w:lineRule="auto"/>
              <w:ind w:firstLineChars="100" w:firstLine="221"/>
              <w:rPr>
                <w:rFonts w:ascii="Google Sans Text" w:eastAsia="Times New Roman" w:hAnsi="Google Sans Text" w:cs="Calibri"/>
                <w:b/>
                <w:bCs/>
                <w:color w:val="444746"/>
                <w:sz w:val="20"/>
                <w:szCs w:val="20"/>
                <w:lang w:val="fr-FR" w:eastAsia="fr-FR"/>
              </w:rPr>
            </w:pPr>
            <w:r w:rsidRPr="00A5479A">
              <w:rPr>
                <w:b/>
                <w:bCs/>
              </w:rPr>
              <w:t>Qualification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F69E9F5" w14:textId="4670BF3F" w:rsidR="000F080B" w:rsidRPr="00BB2D84" w:rsidRDefault="000F080B" w:rsidP="00E359E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1F1F1F"/>
                <w:lang w:val="fr-FR" w:eastAsia="fr-FR"/>
              </w:rPr>
            </w:pPr>
            <w:r w:rsidRPr="00734664">
              <w:t>https://</w:t>
            </w:r>
            <w:r>
              <w:t>api.</w:t>
            </w:r>
            <w:r w:rsidRPr="00A5479A">
              <w:t>integratome.fr</w:t>
            </w:r>
          </w:p>
        </w:tc>
      </w:tr>
      <w:tr w:rsidR="000F080B" w:rsidRPr="00BB2D84" w14:paraId="7BD1569B" w14:textId="77777777" w:rsidTr="00E359E6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2A7EE859" w14:textId="77777777" w:rsidR="000F080B" w:rsidRPr="00A5479A" w:rsidRDefault="000F080B" w:rsidP="00E359E6">
            <w:pPr>
              <w:spacing w:after="0" w:line="240" w:lineRule="auto"/>
              <w:ind w:firstLineChars="100" w:firstLine="221"/>
              <w:rPr>
                <w:rFonts w:ascii="Google Sans Text" w:eastAsia="Times New Roman" w:hAnsi="Google Sans Text" w:cs="Calibri"/>
                <w:b/>
                <w:bCs/>
                <w:color w:val="444746"/>
                <w:sz w:val="20"/>
                <w:szCs w:val="20"/>
                <w:lang w:val="fr-FR" w:eastAsia="fr-FR"/>
              </w:rPr>
            </w:pPr>
            <w:r w:rsidRPr="00A5479A">
              <w:rPr>
                <w:b/>
                <w:bCs/>
              </w:rPr>
              <w:t>Production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1A46C08" w14:textId="230308AE" w:rsidR="000F080B" w:rsidRPr="00BB2D84" w:rsidRDefault="000F080B" w:rsidP="00E359E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1F1F1F"/>
                <w:lang w:val="fr-FR" w:eastAsia="fr-FR"/>
              </w:rPr>
            </w:pPr>
            <w:r w:rsidRPr="00734664">
              <w:t>https://</w:t>
            </w:r>
            <w:r>
              <w:t>api.</w:t>
            </w:r>
            <w:r w:rsidRPr="00A5479A">
              <w:t>integratome.</w:t>
            </w:r>
            <w:r>
              <w:t>com</w:t>
            </w:r>
          </w:p>
        </w:tc>
      </w:tr>
    </w:tbl>
    <w:p w14:paraId="28F46123" w14:textId="77777777" w:rsidR="000F080B" w:rsidRDefault="000F080B" w:rsidP="000F080B">
      <w:pPr>
        <w:rPr>
          <w:lang w:val="fr-CH"/>
        </w:rPr>
      </w:pPr>
    </w:p>
    <w:p w14:paraId="65FD43B3" w14:textId="77777777" w:rsidR="004B2CE1" w:rsidRDefault="000F080B" w:rsidP="004B2CE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CH"/>
        </w:rPr>
      </w:pPr>
      <w:r w:rsidRPr="000F080B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CH"/>
        </w:rPr>
        <w:t>Headers</w:t>
      </w:r>
    </w:p>
    <w:p w14:paraId="78C2E04A" w14:textId="77777777" w:rsidR="004B2CE1" w:rsidRPr="00237B16" w:rsidRDefault="004B2CE1" w:rsidP="00237B16">
      <w:pPr>
        <w:shd w:val="clear" w:color="auto" w:fill="D9D9D9" w:themeFill="background1" w:themeFillShade="D9"/>
        <w:spacing w:after="0"/>
      </w:pPr>
      <w:r w:rsidRPr="00237B16">
        <w:t>{</w:t>
      </w:r>
    </w:p>
    <w:p w14:paraId="2962AC43" w14:textId="38145EA6" w:rsidR="004B2CE1" w:rsidRPr="00237B16" w:rsidRDefault="004B2CE1" w:rsidP="00237B16">
      <w:pPr>
        <w:shd w:val="clear" w:color="auto" w:fill="D9D9D9" w:themeFill="background1" w:themeFillShade="D9"/>
        <w:spacing w:after="0"/>
      </w:pPr>
      <w:r w:rsidRPr="00237B16">
        <w:tab/>
        <w:t>'Authorization: Bearer &lt;</w:t>
      </w:r>
      <w:proofErr w:type="spellStart"/>
      <w:r w:rsidRPr="00237B16">
        <w:t>BearerRecuPrecedement</w:t>
      </w:r>
      <w:proofErr w:type="spellEnd"/>
      <w:r w:rsidRPr="00237B16">
        <w:t>&gt;</w:t>
      </w:r>
      <w:r w:rsidRPr="00237B16">
        <w:br/>
      </w:r>
      <w:r w:rsidRPr="00237B16">
        <w:tab/>
        <w:t>'Content-Type: application/</w:t>
      </w:r>
      <w:proofErr w:type="spellStart"/>
      <w:r w:rsidRPr="00237B16">
        <w:t>json</w:t>
      </w:r>
      <w:proofErr w:type="spellEnd"/>
      <w:r w:rsidRPr="00237B16">
        <w:t>',</w:t>
      </w:r>
    </w:p>
    <w:p w14:paraId="49774D72" w14:textId="05B72561" w:rsidR="004B2CE1" w:rsidRPr="00237B16" w:rsidRDefault="004B2CE1" w:rsidP="00237B16">
      <w:pPr>
        <w:shd w:val="clear" w:color="auto" w:fill="D9D9D9" w:themeFill="background1" w:themeFillShade="D9"/>
        <w:spacing w:after="0"/>
      </w:pPr>
      <w:r w:rsidRPr="00237B16">
        <w:tab/>
        <w:t>'Accept: application/</w:t>
      </w:r>
      <w:proofErr w:type="spellStart"/>
      <w:r w:rsidRPr="00237B16">
        <w:t>json</w:t>
      </w:r>
      <w:proofErr w:type="spellEnd"/>
      <w:r w:rsidRPr="00237B16">
        <w:t>',</w:t>
      </w:r>
    </w:p>
    <w:p w14:paraId="42A0E119" w14:textId="4F305485" w:rsidR="004B2CE1" w:rsidRPr="00237B16" w:rsidRDefault="004B2CE1" w:rsidP="00237B16">
      <w:pPr>
        <w:shd w:val="clear" w:color="auto" w:fill="D9D9D9" w:themeFill="background1" w:themeFillShade="D9"/>
        <w:spacing w:after="0"/>
      </w:pPr>
      <w:r w:rsidRPr="00237B16">
        <w:t>}</w:t>
      </w:r>
    </w:p>
    <w:p w14:paraId="42AA556D" w14:textId="77777777" w:rsidR="004B2CE1" w:rsidRDefault="004B2CE1" w:rsidP="000F080B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CH"/>
        </w:rPr>
      </w:pPr>
    </w:p>
    <w:p w14:paraId="4C78A2D5" w14:textId="007FD210" w:rsidR="000F080B" w:rsidRPr="004B2CE1" w:rsidRDefault="000F080B" w:rsidP="004B2CE1">
      <w:pPr>
        <w:pStyle w:val="Titre2"/>
        <w:rPr>
          <w:lang w:val="fr-FR"/>
        </w:rPr>
      </w:pPr>
      <w:bookmarkStart w:id="12" w:name="_Toc233095004"/>
      <w:proofErr w:type="spellStart"/>
      <w:r w:rsidRPr="004B2CE1">
        <w:rPr>
          <w:lang w:val="fr-FR"/>
        </w:rPr>
        <w:t>Payload</w:t>
      </w:r>
      <w:proofErr w:type="spellEnd"/>
      <w:r w:rsidRPr="004B2CE1">
        <w:rPr>
          <w:lang w:val="fr-FR"/>
        </w:rPr>
        <w:t xml:space="preserve"> JSON</w:t>
      </w:r>
      <w:bookmarkEnd w:id="12"/>
    </w:p>
    <w:p w14:paraId="55D0433C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>{</w:t>
      </w:r>
    </w:p>
    <w:p w14:paraId="31B02652" w14:textId="52F82BEC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"</w:t>
      </w:r>
      <w:proofErr w:type="spellStart"/>
      <w:r>
        <w:t>MessageType</w:t>
      </w:r>
      <w:proofErr w:type="spellEnd"/>
      <w:r>
        <w:t>": "</w:t>
      </w:r>
      <w:r w:rsidR="00E37974" w:rsidRPr="00E37974">
        <w:t>PDF_TOTUM</w:t>
      </w:r>
      <w:r>
        <w:t>",</w:t>
      </w:r>
    </w:p>
    <w:p w14:paraId="4DBAE33E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"Version": "2.1.0",</w:t>
      </w:r>
    </w:p>
    <w:p w14:paraId="15AC97FE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"i18n": "</w:t>
      </w:r>
      <w:proofErr w:type="spellStart"/>
      <w:r>
        <w:t>fr_FR</w:t>
      </w:r>
      <w:proofErr w:type="spellEnd"/>
      <w:r>
        <w:t>",</w:t>
      </w:r>
    </w:p>
    <w:p w14:paraId="194FB648" w14:textId="411CE374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"</w:t>
      </w:r>
      <w:proofErr w:type="spellStart"/>
      <w:r>
        <w:t>ControlId</w:t>
      </w:r>
      <w:proofErr w:type="spellEnd"/>
      <w:r>
        <w:t>": "</w:t>
      </w:r>
      <w:r w:rsidR="0093506A">
        <w:t>Totum</w:t>
      </w:r>
      <w:r>
        <w:t>20260520114500",</w:t>
      </w:r>
    </w:p>
    <w:p w14:paraId="221094D1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"</w:t>
      </w:r>
      <w:proofErr w:type="spellStart"/>
      <w:r>
        <w:t>EncodedData</w:t>
      </w:r>
      <w:proofErr w:type="spellEnd"/>
      <w:r>
        <w:t xml:space="preserve">": "BASE64_DU_JSON_ENCODE de DATA" </w:t>
      </w:r>
    </w:p>
    <w:p w14:paraId="7129D34A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>}</w:t>
      </w:r>
    </w:p>
    <w:p w14:paraId="6C9BB504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>DATA</w:t>
      </w:r>
    </w:p>
    <w:p w14:paraId="2C7C5377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>{</w:t>
      </w:r>
    </w:p>
    <w:p w14:paraId="389ABD32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"</w:t>
      </w:r>
      <w:proofErr w:type="spellStart"/>
      <w:r>
        <w:t>patientContext</w:t>
      </w:r>
      <w:proofErr w:type="spellEnd"/>
      <w:r>
        <w:t>": {</w:t>
      </w:r>
    </w:p>
    <w:p w14:paraId="2358ED26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"person": {</w:t>
      </w:r>
    </w:p>
    <w:p w14:paraId="258E974F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"gender": "M",</w:t>
      </w:r>
    </w:p>
    <w:p w14:paraId="6A4F76A2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</w:t>
      </w:r>
      <w:proofErr w:type="spellStart"/>
      <w:proofErr w:type="gramStart"/>
      <w:r>
        <w:t>birth</w:t>
      </w:r>
      <w:proofErr w:type="gramEnd"/>
      <w:r>
        <w:t>_datetime</w:t>
      </w:r>
      <w:proofErr w:type="spellEnd"/>
      <w:r>
        <w:t>": "1930-04-26",</w:t>
      </w:r>
    </w:p>
    <w:p w14:paraId="058702E4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"i18n": "</w:t>
      </w:r>
      <w:proofErr w:type="spellStart"/>
      <w:r>
        <w:t>fr_FR</w:t>
      </w:r>
      <w:proofErr w:type="spellEnd"/>
      <w:r>
        <w:t>"</w:t>
      </w:r>
    </w:p>
    <w:p w14:paraId="278696BB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},</w:t>
      </w:r>
    </w:p>
    <w:p w14:paraId="71515CB9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"questionnaire": {</w:t>
      </w:r>
    </w:p>
    <w:p w14:paraId="595F0869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"F3": 1,</w:t>
      </w:r>
    </w:p>
    <w:p w14:paraId="2DD290DE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"F6": 62,</w:t>
      </w:r>
    </w:p>
    <w:p w14:paraId="020C5DA2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"F77": 165,</w:t>
      </w:r>
    </w:p>
    <w:p w14:paraId="2F70C02F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"F78": 68.5,</w:t>
      </w:r>
    </w:p>
    <w:p w14:paraId="138984A0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"F82": 0,</w:t>
      </w:r>
    </w:p>
    <w:p w14:paraId="1DB1A56D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"F89": 1</w:t>
      </w:r>
    </w:p>
    <w:p w14:paraId="4323FC06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}</w:t>
      </w:r>
    </w:p>
    <w:p w14:paraId="56883936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}</w:t>
      </w:r>
    </w:p>
    <w:p w14:paraId="3BDD05FF" w14:textId="4307ADF3" w:rsidR="004B2CE1" w:rsidRPr="004B2CE1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>
        <w:lastRenderedPageBreak/>
        <w:t>}</w:t>
      </w:r>
    </w:p>
    <w:p w14:paraId="1380CEEE" w14:textId="77777777" w:rsidR="00717926" w:rsidRDefault="00717926" w:rsidP="00717926"/>
    <w:p w14:paraId="758D3BB8" w14:textId="1E99F60B" w:rsidR="000F080B" w:rsidRDefault="000F080B" w:rsidP="00717926">
      <w:proofErr w:type="spellStart"/>
      <w:r>
        <w:t>Réponse</w:t>
      </w:r>
      <w:proofErr w:type="spellEnd"/>
    </w:p>
    <w:p w14:paraId="0DCC229A" w14:textId="77777777" w:rsidR="00E37974" w:rsidRDefault="00E37974" w:rsidP="00E37974">
      <w:pPr>
        <w:spacing w:after="0"/>
        <w:rPr>
          <w:rFonts w:ascii="Consolas" w:hAnsi="Consolas"/>
          <w:sz w:val="17"/>
          <w:lang w:val="fr-FR"/>
        </w:rPr>
      </w:pPr>
    </w:p>
    <w:p w14:paraId="6B5824DE" w14:textId="77777777" w:rsidR="00E37974" w:rsidRPr="00DE0806" w:rsidRDefault="00E37974" w:rsidP="00E37974">
      <w:pPr>
        <w:spacing w:after="0"/>
        <w:rPr>
          <w:rFonts w:ascii="Consolas" w:hAnsi="Consolas"/>
          <w:b/>
          <w:bCs/>
          <w:sz w:val="17"/>
          <w:lang w:val="fr-FR"/>
        </w:rPr>
      </w:pPr>
      <w:r w:rsidRPr="00DE0806">
        <w:rPr>
          <w:rFonts w:ascii="Consolas" w:hAnsi="Consolas"/>
          <w:b/>
          <w:bCs/>
          <w:sz w:val="17"/>
          <w:lang w:val="fr-FR"/>
        </w:rPr>
        <w:t>Si message en erreur :</w:t>
      </w:r>
    </w:p>
    <w:p w14:paraId="2F8B37F5" w14:textId="77777777" w:rsidR="00E37974" w:rsidRPr="00C53876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{</w:t>
      </w:r>
      <w:r w:rsidRPr="0001235A">
        <w:rPr>
          <w:lang w:val="fr-FR"/>
        </w:rPr>
        <w:br/>
      </w:r>
      <w:r>
        <w:rPr>
          <w:rFonts w:ascii="Consolas" w:hAnsi="Consolas"/>
          <w:sz w:val="17"/>
          <w:lang w:val="fr-FR"/>
        </w:rPr>
        <w:t xml:space="preserve"> </w:t>
      </w:r>
      <w:r w:rsidRPr="00C53876">
        <w:rPr>
          <w:rFonts w:ascii="Consolas" w:hAnsi="Consolas"/>
          <w:sz w:val="17"/>
          <w:lang w:val="fr-FR"/>
        </w:rPr>
        <w:t xml:space="preserve">           </w:t>
      </w:r>
      <w:r>
        <w:rPr>
          <w:rFonts w:ascii="Consolas" w:hAnsi="Consolas"/>
          <w:sz w:val="17"/>
          <w:lang w:val="fr-FR"/>
        </w:rPr>
        <w:t>‘</w:t>
      </w:r>
      <w:proofErr w:type="spellStart"/>
      <w:r w:rsidRPr="00C53876">
        <w:rPr>
          <w:rFonts w:ascii="Consolas" w:hAnsi="Consolas"/>
          <w:sz w:val="17"/>
          <w:lang w:val="fr-FR"/>
        </w:rPr>
        <w:t>errorCode</w:t>
      </w:r>
      <w:proofErr w:type="spellEnd"/>
      <w:r>
        <w:rPr>
          <w:rFonts w:ascii="Consolas" w:hAnsi="Consolas"/>
          <w:sz w:val="17"/>
          <w:lang w:val="fr-FR"/>
        </w:rPr>
        <w:t>’ :</w:t>
      </w:r>
      <w:r w:rsidRPr="00C53876">
        <w:rPr>
          <w:rFonts w:ascii="Consolas" w:hAnsi="Consolas"/>
          <w:sz w:val="17"/>
          <w:lang w:val="fr-FR"/>
        </w:rPr>
        <w:t xml:space="preserve"> </w:t>
      </w:r>
      <w:r>
        <w:rPr>
          <w:rFonts w:ascii="Consolas" w:hAnsi="Consolas"/>
          <w:sz w:val="17"/>
          <w:lang w:val="fr-FR"/>
        </w:rPr>
        <w:t>400</w:t>
      </w:r>
      <w:r w:rsidRPr="00C53876">
        <w:rPr>
          <w:rFonts w:ascii="Consolas" w:hAnsi="Consolas"/>
          <w:sz w:val="17"/>
          <w:lang w:val="fr-FR"/>
        </w:rPr>
        <w:t>,</w:t>
      </w:r>
    </w:p>
    <w:p w14:paraId="0AEE8DA5" w14:textId="77777777" w:rsidR="00E37974" w:rsidRPr="00C53876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C53876">
        <w:rPr>
          <w:rFonts w:ascii="Consolas" w:hAnsi="Consolas"/>
          <w:sz w:val="17"/>
          <w:lang w:val="fr-FR"/>
        </w:rPr>
        <w:t xml:space="preserve">            </w:t>
      </w:r>
      <w:r>
        <w:rPr>
          <w:rFonts w:ascii="Consolas" w:hAnsi="Consolas"/>
          <w:sz w:val="17"/>
          <w:lang w:val="fr-FR"/>
        </w:rPr>
        <w:t>‘</w:t>
      </w:r>
      <w:proofErr w:type="gramStart"/>
      <w:r w:rsidRPr="00C53876">
        <w:rPr>
          <w:rFonts w:ascii="Consolas" w:hAnsi="Consolas"/>
          <w:sz w:val="17"/>
          <w:lang w:val="fr-FR"/>
        </w:rPr>
        <w:t>message</w:t>
      </w:r>
      <w:proofErr w:type="gramEnd"/>
      <w:r>
        <w:rPr>
          <w:rFonts w:ascii="Consolas" w:hAnsi="Consolas"/>
          <w:sz w:val="17"/>
          <w:lang w:val="fr-FR"/>
        </w:rPr>
        <w:t>’ :</w:t>
      </w:r>
      <w:r w:rsidRPr="00C53876">
        <w:rPr>
          <w:rFonts w:ascii="Consolas" w:hAnsi="Consolas"/>
          <w:sz w:val="17"/>
          <w:lang w:val="fr-FR"/>
        </w:rPr>
        <w:t xml:space="preserve"> </w:t>
      </w:r>
      <w:r>
        <w:rPr>
          <w:rFonts w:ascii="Consolas" w:hAnsi="Consolas"/>
          <w:sz w:val="17"/>
          <w:lang w:val="fr-FR"/>
        </w:rPr>
        <w:t>‘En</w:t>
      </w:r>
      <w:r w:rsidRPr="00C53876">
        <w:rPr>
          <w:rFonts w:ascii="Consolas" w:hAnsi="Consolas"/>
          <w:sz w:val="17"/>
          <w:lang w:val="fr-FR"/>
        </w:rPr>
        <w:t>codage Base64 est invalide</w:t>
      </w:r>
      <w:r>
        <w:rPr>
          <w:rFonts w:ascii="Consolas" w:hAnsi="Consolas"/>
          <w:sz w:val="17"/>
          <w:lang w:val="fr-FR"/>
        </w:rPr>
        <w:t>’</w:t>
      </w:r>
    </w:p>
    <w:p w14:paraId="7CBCAC09" w14:textId="77777777" w:rsid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}</w:t>
      </w:r>
    </w:p>
    <w:p w14:paraId="15C6FC5C" w14:textId="77777777" w:rsidR="00E37974" w:rsidRPr="00A5479A" w:rsidRDefault="00E37974" w:rsidP="00717926"/>
    <w:p w14:paraId="380FD7F9" w14:textId="095A6264" w:rsidR="00C53876" w:rsidRPr="00DE0806" w:rsidRDefault="00C53876" w:rsidP="00C53876">
      <w:pPr>
        <w:spacing w:after="0"/>
        <w:rPr>
          <w:rFonts w:ascii="Consolas" w:hAnsi="Consolas"/>
          <w:b/>
          <w:bCs/>
          <w:sz w:val="17"/>
          <w:lang w:val="fr-FR"/>
        </w:rPr>
      </w:pPr>
      <w:r w:rsidRPr="00DE0806">
        <w:rPr>
          <w:rFonts w:ascii="Consolas" w:hAnsi="Consolas"/>
          <w:b/>
          <w:bCs/>
          <w:sz w:val="17"/>
          <w:lang w:val="fr-FR"/>
        </w:rPr>
        <w:t>Si message traité avec succès :</w:t>
      </w:r>
    </w:p>
    <w:p w14:paraId="22632EAA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>(</w:t>
      </w:r>
    </w:p>
    <w:p w14:paraId="5201ECE6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[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status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>] =&gt; Accepted</w:t>
      </w:r>
    </w:p>
    <w:p w14:paraId="2EEA15C9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[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results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 xml:space="preserve">] =&gt; </w:t>
      </w:r>
      <w:proofErr w:type="spellStart"/>
      <w:r w:rsidRPr="00E37974">
        <w:rPr>
          <w:rFonts w:ascii="Consolas" w:hAnsi="Consolas"/>
          <w:sz w:val="17"/>
          <w:lang w:val="fr-FR"/>
        </w:rPr>
        <w:t>Array</w:t>
      </w:r>
      <w:proofErr w:type="spellEnd"/>
    </w:p>
    <w:p w14:paraId="65529EE0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(</w:t>
      </w:r>
    </w:p>
    <w:p w14:paraId="2DA5F5EE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    [</w:t>
      </w:r>
      <w:proofErr w:type="gramStart"/>
      <w:r w:rsidRPr="00E37974">
        <w:rPr>
          <w:rFonts w:ascii="Consolas" w:hAnsi="Consolas"/>
          <w:sz w:val="17"/>
          <w:lang w:val="fr-FR"/>
        </w:rPr>
        <w:t>data</w:t>
      </w:r>
      <w:proofErr w:type="gramEnd"/>
      <w:r w:rsidRPr="00E37974">
        <w:rPr>
          <w:rFonts w:ascii="Consolas" w:hAnsi="Consolas"/>
          <w:sz w:val="17"/>
          <w:lang w:val="fr-FR"/>
        </w:rPr>
        <w:t xml:space="preserve">] =&gt; </w:t>
      </w:r>
      <w:proofErr w:type="spellStart"/>
      <w:r w:rsidRPr="00E37974">
        <w:rPr>
          <w:rFonts w:ascii="Consolas" w:hAnsi="Consolas"/>
          <w:sz w:val="17"/>
          <w:lang w:val="fr-FR"/>
        </w:rPr>
        <w:t>Array</w:t>
      </w:r>
      <w:proofErr w:type="spellEnd"/>
    </w:p>
    <w:p w14:paraId="52D87D48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        (</w:t>
      </w:r>
    </w:p>
    <w:p w14:paraId="564B1A7B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            [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title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>] =&gt; Rapport d'Analyse</w:t>
      </w:r>
    </w:p>
    <w:p w14:paraId="1A43CD08" w14:textId="2F5A103C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            [</w:t>
      </w:r>
      <w:proofErr w:type="spellStart"/>
      <w:r w:rsidRPr="00E37974">
        <w:rPr>
          <w:rFonts w:ascii="Consolas" w:hAnsi="Consolas"/>
          <w:sz w:val="17"/>
          <w:lang w:val="fr-FR"/>
        </w:rPr>
        <w:t>pdf</w:t>
      </w:r>
      <w:proofErr w:type="spellEnd"/>
      <w:r w:rsidRPr="00E37974">
        <w:rPr>
          <w:rFonts w:ascii="Consolas" w:hAnsi="Consolas"/>
          <w:sz w:val="17"/>
          <w:lang w:val="fr-FR"/>
        </w:rPr>
        <w:t>] =&gt; 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</w:t>
      </w:r>
    </w:p>
    <w:p w14:paraId="23A11915" w14:textId="2D2D9641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        )</w:t>
      </w:r>
    </w:p>
    <w:p w14:paraId="764BF24C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)</w:t>
      </w:r>
    </w:p>
    <w:p w14:paraId="5A9B4C3D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</w:p>
    <w:p w14:paraId="12C8991A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[</w:t>
      </w:r>
      <w:proofErr w:type="spellStart"/>
      <w:r w:rsidRPr="00E37974">
        <w:rPr>
          <w:rFonts w:ascii="Consolas" w:hAnsi="Consolas"/>
          <w:sz w:val="17"/>
          <w:lang w:val="fr-FR"/>
        </w:rPr>
        <w:t>MessageType</w:t>
      </w:r>
      <w:proofErr w:type="spellEnd"/>
      <w:r w:rsidRPr="00E37974">
        <w:rPr>
          <w:rFonts w:ascii="Consolas" w:hAnsi="Consolas"/>
          <w:sz w:val="17"/>
          <w:lang w:val="fr-FR"/>
        </w:rPr>
        <w:t>] =&gt; PDF_TOTUM</w:t>
      </w:r>
    </w:p>
    <w:p w14:paraId="34A6453A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[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extractedPatient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>] =&gt; N/A</w:t>
      </w:r>
    </w:p>
    <w:p w14:paraId="69BA802F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[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processingQueueId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>] =&gt; ADT-QUEUE-1782194482</w:t>
      </w:r>
    </w:p>
    <w:p w14:paraId="32D47B2B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[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tokenInfo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>] =&gt; Array</w:t>
      </w:r>
    </w:p>
    <w:p w14:paraId="1C85F046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(</w:t>
      </w:r>
    </w:p>
    <w:p w14:paraId="595F6420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    [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subject</w:t>
      </w:r>
      <w:proofErr w:type="gramEnd"/>
      <w:r w:rsidRPr="00E37974">
        <w:rPr>
          <w:rFonts w:ascii="Consolas" w:hAnsi="Consolas"/>
          <w:sz w:val="17"/>
          <w:lang w:val="fr-FR"/>
        </w:rPr>
        <w:t>_client_id</w:t>
      </w:r>
      <w:proofErr w:type="spellEnd"/>
      <w:r w:rsidRPr="00E37974">
        <w:rPr>
          <w:rFonts w:ascii="Consolas" w:hAnsi="Consolas"/>
          <w:sz w:val="17"/>
          <w:lang w:val="fr-FR"/>
        </w:rPr>
        <w:t xml:space="preserve">] =&gt; </w:t>
      </w:r>
      <w:proofErr w:type="spellStart"/>
      <w:r w:rsidRPr="00E37974">
        <w:rPr>
          <w:rFonts w:ascii="Consolas" w:hAnsi="Consolas"/>
          <w:sz w:val="17"/>
          <w:lang w:val="fr-FR"/>
        </w:rPr>
        <w:t>TotumQual</w:t>
      </w:r>
      <w:proofErr w:type="spellEnd"/>
    </w:p>
    <w:p w14:paraId="3B911065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    [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expires</w:t>
      </w:r>
      <w:proofErr w:type="gramEnd"/>
      <w:r w:rsidRPr="00E37974">
        <w:rPr>
          <w:rFonts w:ascii="Consolas" w:hAnsi="Consolas"/>
          <w:sz w:val="17"/>
          <w:lang w:val="fr-FR"/>
        </w:rPr>
        <w:t>_at</w:t>
      </w:r>
      <w:proofErr w:type="spellEnd"/>
      <w:r w:rsidRPr="00E37974">
        <w:rPr>
          <w:rFonts w:ascii="Consolas" w:hAnsi="Consolas"/>
          <w:sz w:val="17"/>
          <w:lang w:val="fr-FR"/>
        </w:rPr>
        <w:t xml:space="preserve">] =&gt; 2026-06-23 </w:t>
      </w:r>
      <w:proofErr w:type="gramStart"/>
      <w:r w:rsidRPr="00E37974">
        <w:rPr>
          <w:rFonts w:ascii="Consolas" w:hAnsi="Consolas"/>
          <w:sz w:val="17"/>
          <w:lang w:val="fr-FR"/>
        </w:rPr>
        <w:t>09:01:</w:t>
      </w:r>
      <w:proofErr w:type="gramEnd"/>
      <w:r w:rsidRPr="00E37974">
        <w:rPr>
          <w:rFonts w:ascii="Consolas" w:hAnsi="Consolas"/>
          <w:sz w:val="17"/>
          <w:lang w:val="fr-FR"/>
        </w:rPr>
        <w:t>22</w:t>
      </w:r>
    </w:p>
    <w:p w14:paraId="472EB454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)</w:t>
      </w:r>
    </w:p>
    <w:p w14:paraId="65C8D8D9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</w:p>
    <w:p w14:paraId="690756BE" w14:textId="25E4BEC6" w:rsidR="00717926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>)</w:t>
      </w:r>
    </w:p>
    <w:p w14:paraId="4366A6ED" w14:textId="77777777" w:rsidR="00E37974" w:rsidRDefault="00E37974">
      <w:pPr>
        <w:rPr>
          <w:rFonts w:ascii="Consolas" w:hAnsi="Consolas"/>
          <w:sz w:val="17"/>
          <w:lang w:val="fr-FR"/>
        </w:rPr>
      </w:pPr>
      <w:r>
        <w:rPr>
          <w:rFonts w:ascii="Consolas" w:hAnsi="Consolas"/>
          <w:sz w:val="17"/>
          <w:lang w:val="fr-FR"/>
        </w:rPr>
        <w:br w:type="page"/>
      </w:r>
    </w:p>
    <w:p w14:paraId="00204DE9" w14:textId="3CEBF6C5" w:rsidR="00E37974" w:rsidRPr="00E37974" w:rsidRDefault="00E37974" w:rsidP="00717926">
      <w:pPr>
        <w:spacing w:after="0"/>
        <w:rPr>
          <w:rFonts w:ascii="Consolas" w:hAnsi="Consolas"/>
          <w:sz w:val="17"/>
          <w:lang w:val="fr-FR"/>
        </w:rPr>
      </w:pPr>
      <w:r>
        <w:rPr>
          <w:rFonts w:ascii="Consolas" w:hAnsi="Consolas"/>
          <w:sz w:val="17"/>
          <w:lang w:val="fr-FR"/>
        </w:rPr>
        <w:lastRenderedPageBreak/>
        <w:t>Le contenu ‘</w:t>
      </w:r>
      <w:proofErr w:type="spellStart"/>
      <w:r>
        <w:rPr>
          <w:rFonts w:ascii="Consolas" w:hAnsi="Consolas"/>
          <w:sz w:val="17"/>
          <w:lang w:val="fr-FR"/>
        </w:rPr>
        <w:t>pdf</w:t>
      </w:r>
      <w:proofErr w:type="spellEnd"/>
      <w:r>
        <w:rPr>
          <w:rFonts w:ascii="Consolas" w:hAnsi="Consolas"/>
          <w:sz w:val="17"/>
          <w:lang w:val="fr-FR"/>
        </w:rPr>
        <w:t>’ est</w:t>
      </w:r>
      <w:r w:rsidRPr="00E37974">
        <w:rPr>
          <w:rFonts w:ascii="Consolas" w:hAnsi="Consolas"/>
          <w:sz w:val="17"/>
          <w:lang w:val="fr-FR"/>
        </w:rPr>
        <w:t xml:space="preserve"> un binaire encodé en Base64.</w:t>
      </w:r>
    </w:p>
    <w:p w14:paraId="760E61EA" w14:textId="484C9059" w:rsidR="00E37974" w:rsidRPr="00E37974" w:rsidRDefault="00E37974" w:rsidP="00717926">
      <w:pPr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>Pour ouvrir le PDF (ou l'afficher dans un navigateur), vous devrez décoder cette chaîne.</w:t>
      </w:r>
    </w:p>
    <w:p w14:paraId="12FB5473" w14:textId="2FC56A62" w:rsidR="00E37974" w:rsidRPr="00E37974" w:rsidRDefault="00E37974" w:rsidP="00717926">
      <w:pPr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>Voici un exemple HTML pour afficher le contenu au format PDF</w:t>
      </w:r>
    </w:p>
    <w:p w14:paraId="61636379" w14:textId="77777777" w:rsidR="00E37974" w:rsidRDefault="00E37974" w:rsidP="00717926">
      <w:pPr>
        <w:spacing w:after="0"/>
        <w:rPr>
          <w:rFonts w:ascii="Consolas" w:hAnsi="Consolas"/>
          <w:b/>
          <w:bCs/>
          <w:sz w:val="17"/>
        </w:rPr>
      </w:pPr>
    </w:p>
    <w:p w14:paraId="2F619389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proofErr w:type="gramStart"/>
      <w:r w:rsidRPr="00E37974">
        <w:rPr>
          <w:rFonts w:ascii="Consolas" w:hAnsi="Consolas"/>
          <w:sz w:val="17"/>
          <w:lang w:val="fr-FR"/>
        </w:rPr>
        <w:t>&lt;!</w:t>
      </w:r>
      <w:proofErr w:type="gramEnd"/>
      <w:r w:rsidRPr="00E37974">
        <w:rPr>
          <w:rFonts w:ascii="Consolas" w:hAnsi="Consolas"/>
          <w:sz w:val="17"/>
          <w:lang w:val="fr-FR"/>
        </w:rPr>
        <w:t>DOCTYPE html&gt;</w:t>
      </w:r>
    </w:p>
    <w:p w14:paraId="4D65CD42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>&lt;</w:t>
      </w:r>
      <w:proofErr w:type="gramStart"/>
      <w:r w:rsidRPr="00E37974">
        <w:rPr>
          <w:rFonts w:ascii="Consolas" w:hAnsi="Consolas"/>
          <w:sz w:val="17"/>
          <w:lang w:val="fr-FR"/>
        </w:rPr>
        <w:t>html</w:t>
      </w:r>
      <w:proofErr w:type="gramEnd"/>
      <w:r w:rsidRPr="00E37974">
        <w:rPr>
          <w:rFonts w:ascii="Consolas" w:hAnsi="Consolas"/>
          <w:sz w:val="17"/>
          <w:lang w:val="fr-FR"/>
        </w:rPr>
        <w:t xml:space="preserve"> </w:t>
      </w:r>
      <w:proofErr w:type="spellStart"/>
      <w:r w:rsidRPr="00E37974">
        <w:rPr>
          <w:rFonts w:ascii="Consolas" w:hAnsi="Consolas"/>
          <w:sz w:val="17"/>
          <w:lang w:val="fr-FR"/>
        </w:rPr>
        <w:t>lang</w:t>
      </w:r>
      <w:proofErr w:type="spellEnd"/>
      <w:r w:rsidRPr="00E37974">
        <w:rPr>
          <w:rFonts w:ascii="Consolas" w:hAnsi="Consolas"/>
          <w:sz w:val="17"/>
          <w:lang w:val="fr-FR"/>
        </w:rPr>
        <w:t>="</w:t>
      </w:r>
      <w:proofErr w:type="spellStart"/>
      <w:r w:rsidRPr="00E37974">
        <w:rPr>
          <w:rFonts w:ascii="Consolas" w:hAnsi="Consolas"/>
          <w:sz w:val="17"/>
          <w:lang w:val="fr-FR"/>
        </w:rPr>
        <w:t>fr</w:t>
      </w:r>
      <w:proofErr w:type="spellEnd"/>
      <w:r w:rsidRPr="00E37974">
        <w:rPr>
          <w:rFonts w:ascii="Consolas" w:hAnsi="Consolas"/>
          <w:sz w:val="17"/>
          <w:lang w:val="fr-FR"/>
        </w:rPr>
        <w:t>"&gt;</w:t>
      </w:r>
    </w:p>
    <w:p w14:paraId="55802954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>&lt;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head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>&gt;</w:t>
      </w:r>
    </w:p>
    <w:p w14:paraId="30BE58E1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&lt;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meta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 xml:space="preserve"> </w:t>
      </w:r>
      <w:proofErr w:type="spellStart"/>
      <w:r w:rsidRPr="00E37974">
        <w:rPr>
          <w:rFonts w:ascii="Consolas" w:hAnsi="Consolas"/>
          <w:sz w:val="17"/>
          <w:lang w:val="fr-FR"/>
        </w:rPr>
        <w:t>charset</w:t>
      </w:r>
      <w:proofErr w:type="spellEnd"/>
      <w:r w:rsidRPr="00E37974">
        <w:rPr>
          <w:rFonts w:ascii="Consolas" w:hAnsi="Consolas"/>
          <w:sz w:val="17"/>
          <w:lang w:val="fr-FR"/>
        </w:rPr>
        <w:t>="UTF-8"&gt;</w:t>
      </w:r>
    </w:p>
    <w:p w14:paraId="11646FA8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&lt;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title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>&gt;</w:t>
      </w:r>
      <w:proofErr w:type="spellStart"/>
      <w:r w:rsidRPr="00E37974">
        <w:rPr>
          <w:rFonts w:ascii="Consolas" w:hAnsi="Consolas"/>
          <w:sz w:val="17"/>
          <w:lang w:val="fr-FR"/>
        </w:rPr>
        <w:t>Visualiseur</w:t>
      </w:r>
      <w:proofErr w:type="spellEnd"/>
      <w:r w:rsidRPr="00E37974">
        <w:rPr>
          <w:rFonts w:ascii="Consolas" w:hAnsi="Consolas"/>
          <w:sz w:val="17"/>
          <w:lang w:val="fr-FR"/>
        </w:rPr>
        <w:t xml:space="preserve"> PDF&lt;/</w:t>
      </w:r>
      <w:proofErr w:type="spellStart"/>
      <w:r w:rsidRPr="00E37974">
        <w:rPr>
          <w:rFonts w:ascii="Consolas" w:hAnsi="Consolas"/>
          <w:sz w:val="17"/>
          <w:lang w:val="fr-FR"/>
        </w:rPr>
        <w:t>title</w:t>
      </w:r>
      <w:proofErr w:type="spellEnd"/>
      <w:r w:rsidRPr="00E37974">
        <w:rPr>
          <w:rFonts w:ascii="Consolas" w:hAnsi="Consolas"/>
          <w:sz w:val="17"/>
          <w:lang w:val="fr-FR"/>
        </w:rPr>
        <w:t>&gt;</w:t>
      </w:r>
    </w:p>
    <w:p w14:paraId="551C312F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>&lt;/</w:t>
      </w:r>
      <w:proofErr w:type="spellStart"/>
      <w:r w:rsidRPr="00E37974">
        <w:rPr>
          <w:rFonts w:ascii="Consolas" w:hAnsi="Consolas"/>
          <w:sz w:val="17"/>
          <w:lang w:val="fr-FR"/>
        </w:rPr>
        <w:t>head</w:t>
      </w:r>
      <w:proofErr w:type="spellEnd"/>
      <w:r w:rsidRPr="00E37974">
        <w:rPr>
          <w:rFonts w:ascii="Consolas" w:hAnsi="Consolas"/>
          <w:sz w:val="17"/>
          <w:lang w:val="fr-FR"/>
        </w:rPr>
        <w:t>&gt;</w:t>
      </w:r>
    </w:p>
    <w:p w14:paraId="3597B7E9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>&lt;</w:t>
      </w:r>
      <w:proofErr w:type="gramStart"/>
      <w:r w:rsidRPr="00E37974">
        <w:rPr>
          <w:rFonts w:ascii="Consolas" w:hAnsi="Consolas"/>
          <w:sz w:val="17"/>
          <w:lang w:val="fr-FR"/>
        </w:rPr>
        <w:t>body</w:t>
      </w:r>
      <w:proofErr w:type="gramEnd"/>
      <w:r w:rsidRPr="00E37974">
        <w:rPr>
          <w:rFonts w:ascii="Consolas" w:hAnsi="Consolas"/>
          <w:sz w:val="17"/>
          <w:lang w:val="fr-FR"/>
        </w:rPr>
        <w:t>&gt;</w:t>
      </w:r>
    </w:p>
    <w:p w14:paraId="18772556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</w:p>
    <w:p w14:paraId="2DE016DB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&lt;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button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 xml:space="preserve"> id="</w:t>
      </w:r>
      <w:proofErr w:type="spellStart"/>
      <w:r w:rsidRPr="00E37974">
        <w:rPr>
          <w:rFonts w:ascii="Consolas" w:hAnsi="Consolas"/>
          <w:sz w:val="17"/>
          <w:lang w:val="fr-FR"/>
        </w:rPr>
        <w:t>openPdfBtn</w:t>
      </w:r>
      <w:proofErr w:type="spellEnd"/>
      <w:r w:rsidRPr="00E37974">
        <w:rPr>
          <w:rFonts w:ascii="Consolas" w:hAnsi="Consolas"/>
          <w:sz w:val="17"/>
          <w:lang w:val="fr-FR"/>
        </w:rPr>
        <w:t>"&gt;Ouvrir le PDF dans un nouvel onglet&lt;/</w:t>
      </w:r>
      <w:proofErr w:type="spellStart"/>
      <w:r w:rsidRPr="00E37974">
        <w:rPr>
          <w:rFonts w:ascii="Consolas" w:hAnsi="Consolas"/>
          <w:sz w:val="17"/>
          <w:lang w:val="fr-FR"/>
        </w:rPr>
        <w:t>button</w:t>
      </w:r>
      <w:proofErr w:type="spellEnd"/>
      <w:r w:rsidRPr="00E37974">
        <w:rPr>
          <w:rFonts w:ascii="Consolas" w:hAnsi="Consolas"/>
          <w:sz w:val="17"/>
          <w:lang w:val="fr-FR"/>
        </w:rPr>
        <w:t>&gt;</w:t>
      </w:r>
    </w:p>
    <w:p w14:paraId="08D99565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</w:p>
    <w:p w14:paraId="1E450242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&lt;</w:t>
      </w:r>
      <w:proofErr w:type="gramStart"/>
      <w:r w:rsidRPr="00E37974">
        <w:rPr>
          <w:rFonts w:ascii="Consolas" w:hAnsi="Consolas"/>
          <w:sz w:val="17"/>
          <w:lang w:val="fr-FR"/>
        </w:rPr>
        <w:t>script</w:t>
      </w:r>
      <w:proofErr w:type="gramEnd"/>
      <w:r w:rsidRPr="00E37974">
        <w:rPr>
          <w:rFonts w:ascii="Consolas" w:hAnsi="Consolas"/>
          <w:sz w:val="17"/>
          <w:lang w:val="fr-FR"/>
        </w:rPr>
        <w:t>&gt;</w:t>
      </w:r>
    </w:p>
    <w:p w14:paraId="58746B27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// Récupérez vos données depuis votre API (exemple ici avec la variable PHP injectée)</w:t>
      </w:r>
    </w:p>
    <w:p w14:paraId="053F9475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const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 xml:space="preserve"> base64Data = "</w:t>
      </w:r>
      <w:proofErr w:type="gramStart"/>
      <w:r w:rsidRPr="00E37974">
        <w:rPr>
          <w:rFonts w:ascii="Consolas" w:hAnsi="Consolas"/>
          <w:sz w:val="17"/>
          <w:lang w:val="fr-FR"/>
        </w:rPr>
        <w:t>&lt;?</w:t>
      </w:r>
      <w:proofErr w:type="spellStart"/>
      <w:proofErr w:type="gramEnd"/>
      <w:r w:rsidRPr="00E37974">
        <w:rPr>
          <w:rFonts w:ascii="Consolas" w:hAnsi="Consolas"/>
          <w:sz w:val="17"/>
          <w:lang w:val="fr-FR"/>
        </w:rPr>
        <w:t>php</w:t>
      </w:r>
      <w:proofErr w:type="spellEnd"/>
      <w:r w:rsidRPr="00E37974">
        <w:rPr>
          <w:rFonts w:ascii="Consolas" w:hAnsi="Consolas"/>
          <w:sz w:val="17"/>
          <w:lang w:val="fr-FR"/>
        </w:rPr>
        <w:t xml:space="preserve"> </w:t>
      </w:r>
      <w:proofErr w:type="spellStart"/>
      <w:r w:rsidRPr="00E37974">
        <w:rPr>
          <w:rFonts w:ascii="Consolas" w:hAnsi="Consolas"/>
          <w:sz w:val="17"/>
          <w:lang w:val="fr-FR"/>
        </w:rPr>
        <w:t>echo</w:t>
      </w:r>
      <w:proofErr w:type="spellEnd"/>
      <w:r w:rsidRPr="00E37974">
        <w:rPr>
          <w:rFonts w:ascii="Consolas" w:hAnsi="Consolas"/>
          <w:sz w:val="17"/>
          <w:lang w:val="fr-FR"/>
        </w:rPr>
        <w:t xml:space="preserve"> $</w:t>
      </w:r>
      <w:proofErr w:type="spellStart"/>
      <w:r w:rsidRPr="00E37974">
        <w:rPr>
          <w:rFonts w:ascii="Consolas" w:hAnsi="Consolas"/>
          <w:sz w:val="17"/>
          <w:lang w:val="fr-FR"/>
        </w:rPr>
        <w:t>apiResponse</w:t>
      </w:r>
      <w:proofErr w:type="spellEnd"/>
      <w:r w:rsidRPr="00E37974">
        <w:rPr>
          <w:rFonts w:ascii="Consolas" w:hAnsi="Consolas"/>
          <w:sz w:val="17"/>
          <w:lang w:val="fr-FR"/>
        </w:rPr>
        <w:t>['</w:t>
      </w:r>
      <w:proofErr w:type="spellStart"/>
      <w:r w:rsidRPr="00E37974">
        <w:rPr>
          <w:rFonts w:ascii="Consolas" w:hAnsi="Consolas"/>
          <w:sz w:val="17"/>
          <w:lang w:val="fr-FR"/>
        </w:rPr>
        <w:t>results</w:t>
      </w:r>
      <w:proofErr w:type="spellEnd"/>
      <w:proofErr w:type="gramStart"/>
      <w:r w:rsidRPr="00E37974">
        <w:rPr>
          <w:rFonts w:ascii="Consolas" w:hAnsi="Consolas"/>
          <w:sz w:val="17"/>
          <w:lang w:val="fr-FR"/>
        </w:rPr>
        <w:t>'][</w:t>
      </w:r>
      <w:proofErr w:type="gramEnd"/>
      <w:r w:rsidRPr="00E37974">
        <w:rPr>
          <w:rFonts w:ascii="Consolas" w:hAnsi="Consolas"/>
          <w:sz w:val="17"/>
          <w:lang w:val="fr-FR"/>
        </w:rPr>
        <w:t>'data</w:t>
      </w:r>
      <w:proofErr w:type="gramStart"/>
      <w:r w:rsidRPr="00E37974">
        <w:rPr>
          <w:rFonts w:ascii="Consolas" w:hAnsi="Consolas"/>
          <w:sz w:val="17"/>
          <w:lang w:val="fr-FR"/>
        </w:rPr>
        <w:t>'][</w:t>
      </w:r>
      <w:proofErr w:type="gramEnd"/>
      <w:r w:rsidRPr="00E37974">
        <w:rPr>
          <w:rFonts w:ascii="Consolas" w:hAnsi="Consolas"/>
          <w:sz w:val="17"/>
          <w:lang w:val="fr-FR"/>
        </w:rPr>
        <w:t>'</w:t>
      </w:r>
      <w:proofErr w:type="spellStart"/>
      <w:r w:rsidRPr="00E37974">
        <w:rPr>
          <w:rFonts w:ascii="Consolas" w:hAnsi="Consolas"/>
          <w:sz w:val="17"/>
          <w:lang w:val="fr-FR"/>
        </w:rPr>
        <w:t>pdf</w:t>
      </w:r>
      <w:proofErr w:type="spellEnd"/>
      <w:r w:rsidRPr="00E37974">
        <w:rPr>
          <w:rFonts w:ascii="Consolas" w:hAnsi="Consolas"/>
          <w:sz w:val="17"/>
          <w:lang w:val="fr-FR"/>
        </w:rPr>
        <w:t>'</w:t>
      </w:r>
      <w:proofErr w:type="gramStart"/>
      <w:r w:rsidRPr="00E37974">
        <w:rPr>
          <w:rFonts w:ascii="Consolas" w:hAnsi="Consolas"/>
          <w:sz w:val="17"/>
          <w:lang w:val="fr-FR"/>
        </w:rPr>
        <w:t>];</w:t>
      </w:r>
      <w:proofErr w:type="gramEnd"/>
      <w:r w:rsidRPr="00E37974">
        <w:rPr>
          <w:rFonts w:ascii="Consolas" w:hAnsi="Consolas"/>
          <w:sz w:val="17"/>
          <w:lang w:val="fr-FR"/>
        </w:rPr>
        <w:t xml:space="preserve"> ?&gt;</w:t>
      </w:r>
      <w:proofErr w:type="gramStart"/>
      <w:r w:rsidRPr="00E37974">
        <w:rPr>
          <w:rFonts w:ascii="Consolas" w:hAnsi="Consolas"/>
          <w:sz w:val="17"/>
          <w:lang w:val="fr-FR"/>
        </w:rPr>
        <w:t>";</w:t>
      </w:r>
      <w:proofErr w:type="gramEnd"/>
    </w:p>
    <w:p w14:paraId="732F0572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</w:p>
    <w:p w14:paraId="6DF0E86A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document.getElementById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>('</w:t>
      </w:r>
      <w:proofErr w:type="spellStart"/>
      <w:r w:rsidRPr="00E37974">
        <w:rPr>
          <w:rFonts w:ascii="Consolas" w:hAnsi="Consolas"/>
          <w:sz w:val="17"/>
          <w:lang w:val="fr-FR"/>
        </w:rPr>
        <w:t>openPdfBtn</w:t>
      </w:r>
      <w:proofErr w:type="spellEnd"/>
      <w:r w:rsidRPr="00E37974">
        <w:rPr>
          <w:rFonts w:ascii="Consolas" w:hAnsi="Consolas"/>
          <w:sz w:val="17"/>
          <w:lang w:val="fr-FR"/>
        </w:rPr>
        <w:t>'</w:t>
      </w:r>
      <w:proofErr w:type="gramStart"/>
      <w:r w:rsidRPr="00E37974">
        <w:rPr>
          <w:rFonts w:ascii="Consolas" w:hAnsi="Consolas"/>
          <w:sz w:val="17"/>
          <w:lang w:val="fr-FR"/>
        </w:rPr>
        <w:t>).</w:t>
      </w:r>
      <w:proofErr w:type="spellStart"/>
      <w:r w:rsidRPr="00E37974">
        <w:rPr>
          <w:rFonts w:ascii="Consolas" w:hAnsi="Consolas"/>
          <w:sz w:val="17"/>
          <w:lang w:val="fr-FR"/>
        </w:rPr>
        <w:t>addEventListener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 xml:space="preserve">('click', 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function</w:t>
      </w:r>
      <w:proofErr w:type="spellEnd"/>
      <w:r w:rsidRPr="00E37974">
        <w:rPr>
          <w:rFonts w:ascii="Consolas" w:hAnsi="Consolas"/>
          <w:sz w:val="17"/>
          <w:lang w:val="fr-FR"/>
        </w:rPr>
        <w:t>(</w:t>
      </w:r>
      <w:proofErr w:type="gramEnd"/>
      <w:r w:rsidRPr="00E37974">
        <w:rPr>
          <w:rFonts w:ascii="Consolas" w:hAnsi="Consolas"/>
          <w:sz w:val="17"/>
          <w:lang w:val="fr-FR"/>
        </w:rPr>
        <w:t>) {</w:t>
      </w:r>
    </w:p>
    <w:p w14:paraId="4E110A0A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</w:t>
      </w:r>
    </w:p>
    <w:p w14:paraId="7EBB123F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// 1. Convertir le Base64 en tableau d'octets (Uint8Array)</w:t>
      </w:r>
    </w:p>
    <w:p w14:paraId="69B7FB50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const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 xml:space="preserve"> </w:t>
      </w:r>
      <w:proofErr w:type="spellStart"/>
      <w:r w:rsidRPr="00E37974">
        <w:rPr>
          <w:rFonts w:ascii="Consolas" w:hAnsi="Consolas"/>
          <w:sz w:val="17"/>
          <w:lang w:val="fr-FR"/>
        </w:rPr>
        <w:t>byteCharacters</w:t>
      </w:r>
      <w:proofErr w:type="spellEnd"/>
      <w:r w:rsidRPr="00E37974">
        <w:rPr>
          <w:rFonts w:ascii="Consolas" w:hAnsi="Consolas"/>
          <w:sz w:val="17"/>
          <w:lang w:val="fr-FR"/>
        </w:rPr>
        <w:t xml:space="preserve"> = </w:t>
      </w:r>
      <w:proofErr w:type="spellStart"/>
      <w:r w:rsidRPr="00E37974">
        <w:rPr>
          <w:rFonts w:ascii="Consolas" w:hAnsi="Consolas"/>
          <w:sz w:val="17"/>
          <w:lang w:val="fr-FR"/>
        </w:rPr>
        <w:t>atob</w:t>
      </w:r>
      <w:proofErr w:type="spellEnd"/>
      <w:r w:rsidRPr="00E37974">
        <w:rPr>
          <w:rFonts w:ascii="Consolas" w:hAnsi="Consolas"/>
          <w:sz w:val="17"/>
          <w:lang w:val="fr-FR"/>
        </w:rPr>
        <w:t>(base64Data</w:t>
      </w:r>
      <w:proofErr w:type="gramStart"/>
      <w:r w:rsidRPr="00E37974">
        <w:rPr>
          <w:rFonts w:ascii="Consolas" w:hAnsi="Consolas"/>
          <w:sz w:val="17"/>
          <w:lang w:val="fr-FR"/>
        </w:rPr>
        <w:t>);</w:t>
      </w:r>
      <w:proofErr w:type="gramEnd"/>
    </w:p>
    <w:p w14:paraId="523112CA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const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 xml:space="preserve"> </w:t>
      </w:r>
      <w:proofErr w:type="spellStart"/>
      <w:r w:rsidRPr="00E37974">
        <w:rPr>
          <w:rFonts w:ascii="Consolas" w:hAnsi="Consolas"/>
          <w:sz w:val="17"/>
          <w:lang w:val="fr-FR"/>
        </w:rPr>
        <w:t>byteNumbers</w:t>
      </w:r>
      <w:proofErr w:type="spellEnd"/>
      <w:r w:rsidRPr="00E37974">
        <w:rPr>
          <w:rFonts w:ascii="Consolas" w:hAnsi="Consolas"/>
          <w:sz w:val="17"/>
          <w:lang w:val="fr-FR"/>
        </w:rPr>
        <w:t xml:space="preserve"> = new 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Array</w:t>
      </w:r>
      <w:proofErr w:type="spellEnd"/>
      <w:r w:rsidRPr="00E37974">
        <w:rPr>
          <w:rFonts w:ascii="Consolas" w:hAnsi="Consolas"/>
          <w:sz w:val="17"/>
          <w:lang w:val="fr-FR"/>
        </w:rPr>
        <w:t>(</w:t>
      </w:r>
      <w:proofErr w:type="spellStart"/>
      <w:proofErr w:type="gramEnd"/>
      <w:r w:rsidRPr="00E37974">
        <w:rPr>
          <w:rFonts w:ascii="Consolas" w:hAnsi="Consolas"/>
          <w:sz w:val="17"/>
          <w:lang w:val="fr-FR"/>
        </w:rPr>
        <w:t>byteCharacters.length</w:t>
      </w:r>
      <w:proofErr w:type="spellEnd"/>
      <w:proofErr w:type="gramStart"/>
      <w:r w:rsidRPr="00E37974">
        <w:rPr>
          <w:rFonts w:ascii="Consolas" w:hAnsi="Consolas"/>
          <w:sz w:val="17"/>
          <w:lang w:val="fr-FR"/>
        </w:rPr>
        <w:t>);</w:t>
      </w:r>
      <w:proofErr w:type="gramEnd"/>
    </w:p>
    <w:p w14:paraId="3FAAAA59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</w:t>
      </w:r>
      <w:proofErr w:type="gramStart"/>
      <w:r w:rsidRPr="00E37974">
        <w:rPr>
          <w:rFonts w:ascii="Consolas" w:hAnsi="Consolas"/>
          <w:sz w:val="17"/>
          <w:lang w:val="fr-FR"/>
        </w:rPr>
        <w:t>for</w:t>
      </w:r>
      <w:proofErr w:type="gramEnd"/>
      <w:r w:rsidRPr="00E37974">
        <w:rPr>
          <w:rFonts w:ascii="Consolas" w:hAnsi="Consolas"/>
          <w:sz w:val="17"/>
          <w:lang w:val="fr-FR"/>
        </w:rPr>
        <w:t xml:space="preserve"> (let i = </w:t>
      </w:r>
      <w:proofErr w:type="gramStart"/>
      <w:r w:rsidRPr="00E37974">
        <w:rPr>
          <w:rFonts w:ascii="Consolas" w:hAnsi="Consolas"/>
          <w:sz w:val="17"/>
          <w:lang w:val="fr-FR"/>
        </w:rPr>
        <w:t>0;</w:t>
      </w:r>
      <w:proofErr w:type="gramEnd"/>
      <w:r w:rsidRPr="00E37974">
        <w:rPr>
          <w:rFonts w:ascii="Consolas" w:hAnsi="Consolas"/>
          <w:sz w:val="17"/>
          <w:lang w:val="fr-FR"/>
        </w:rPr>
        <w:t xml:space="preserve"> i &lt; </w:t>
      </w:r>
      <w:proofErr w:type="spellStart"/>
      <w:r w:rsidRPr="00E37974">
        <w:rPr>
          <w:rFonts w:ascii="Consolas" w:hAnsi="Consolas"/>
          <w:sz w:val="17"/>
          <w:lang w:val="fr-FR"/>
        </w:rPr>
        <w:t>byteCharacters.length</w:t>
      </w:r>
      <w:proofErr w:type="spellEnd"/>
      <w:r w:rsidRPr="00E37974">
        <w:rPr>
          <w:rFonts w:ascii="Consolas" w:hAnsi="Consolas"/>
          <w:sz w:val="17"/>
          <w:lang w:val="fr-FR"/>
        </w:rPr>
        <w:t>; i++) {</w:t>
      </w:r>
    </w:p>
    <w:p w14:paraId="1155DF71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    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byteNumbers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 xml:space="preserve">[i] = </w:t>
      </w:r>
      <w:proofErr w:type="spellStart"/>
      <w:r w:rsidRPr="00E37974">
        <w:rPr>
          <w:rFonts w:ascii="Consolas" w:hAnsi="Consolas"/>
          <w:sz w:val="17"/>
          <w:lang w:val="fr-FR"/>
        </w:rPr>
        <w:t>byteCharacters.charCodeAt</w:t>
      </w:r>
      <w:proofErr w:type="spellEnd"/>
      <w:r w:rsidRPr="00E37974">
        <w:rPr>
          <w:rFonts w:ascii="Consolas" w:hAnsi="Consolas"/>
          <w:sz w:val="17"/>
          <w:lang w:val="fr-FR"/>
        </w:rPr>
        <w:t>(i</w:t>
      </w:r>
      <w:proofErr w:type="gramStart"/>
      <w:r w:rsidRPr="00E37974">
        <w:rPr>
          <w:rFonts w:ascii="Consolas" w:hAnsi="Consolas"/>
          <w:sz w:val="17"/>
          <w:lang w:val="fr-FR"/>
        </w:rPr>
        <w:t>);</w:t>
      </w:r>
      <w:proofErr w:type="gramEnd"/>
    </w:p>
    <w:p w14:paraId="2669B3FD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}</w:t>
      </w:r>
    </w:p>
    <w:p w14:paraId="402AC4C1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const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 xml:space="preserve"> </w:t>
      </w:r>
      <w:proofErr w:type="spellStart"/>
      <w:r w:rsidRPr="00E37974">
        <w:rPr>
          <w:rFonts w:ascii="Consolas" w:hAnsi="Consolas"/>
          <w:sz w:val="17"/>
          <w:lang w:val="fr-FR"/>
        </w:rPr>
        <w:t>byteArray</w:t>
      </w:r>
      <w:proofErr w:type="spellEnd"/>
      <w:r w:rsidRPr="00E37974">
        <w:rPr>
          <w:rFonts w:ascii="Consolas" w:hAnsi="Consolas"/>
          <w:sz w:val="17"/>
          <w:lang w:val="fr-FR"/>
        </w:rPr>
        <w:t xml:space="preserve"> = new Uint8Array(</w:t>
      </w:r>
      <w:proofErr w:type="spellStart"/>
      <w:r w:rsidRPr="00E37974">
        <w:rPr>
          <w:rFonts w:ascii="Consolas" w:hAnsi="Consolas"/>
          <w:sz w:val="17"/>
          <w:lang w:val="fr-FR"/>
        </w:rPr>
        <w:t>byteNumbers</w:t>
      </w:r>
      <w:proofErr w:type="spellEnd"/>
      <w:proofErr w:type="gramStart"/>
      <w:r w:rsidRPr="00E37974">
        <w:rPr>
          <w:rFonts w:ascii="Consolas" w:hAnsi="Consolas"/>
          <w:sz w:val="17"/>
          <w:lang w:val="fr-FR"/>
        </w:rPr>
        <w:t>);</w:t>
      </w:r>
      <w:proofErr w:type="gramEnd"/>
    </w:p>
    <w:p w14:paraId="43CB03C5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</w:p>
    <w:p w14:paraId="5E5C665F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// 2. Créer un objet Blob à partir des données binaires</w:t>
      </w:r>
    </w:p>
    <w:p w14:paraId="19D02122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const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 xml:space="preserve"> blob = new Blob([</w:t>
      </w:r>
      <w:proofErr w:type="spellStart"/>
      <w:r w:rsidRPr="00E37974">
        <w:rPr>
          <w:rFonts w:ascii="Consolas" w:hAnsi="Consolas"/>
          <w:sz w:val="17"/>
          <w:lang w:val="fr-FR"/>
        </w:rPr>
        <w:t>byteArray</w:t>
      </w:r>
      <w:proofErr w:type="spellEnd"/>
      <w:r w:rsidRPr="00E37974">
        <w:rPr>
          <w:rFonts w:ascii="Consolas" w:hAnsi="Consolas"/>
          <w:sz w:val="17"/>
          <w:lang w:val="fr-FR"/>
        </w:rPr>
        <w:t xml:space="preserve">], </w:t>
      </w:r>
      <w:proofErr w:type="gramStart"/>
      <w:r w:rsidRPr="00E37974">
        <w:rPr>
          <w:rFonts w:ascii="Consolas" w:hAnsi="Consolas"/>
          <w:sz w:val="17"/>
          <w:lang w:val="fr-FR"/>
        </w:rPr>
        <w:t>{ type</w:t>
      </w:r>
      <w:proofErr w:type="gramEnd"/>
      <w:r w:rsidRPr="00E37974">
        <w:rPr>
          <w:rFonts w:ascii="Consolas" w:hAnsi="Consolas"/>
          <w:sz w:val="17"/>
          <w:lang w:val="fr-FR"/>
        </w:rPr>
        <w:t>: 'application/</w:t>
      </w:r>
      <w:proofErr w:type="spellStart"/>
      <w:r w:rsidRPr="00E37974">
        <w:rPr>
          <w:rFonts w:ascii="Consolas" w:hAnsi="Consolas"/>
          <w:sz w:val="17"/>
          <w:lang w:val="fr-FR"/>
        </w:rPr>
        <w:t>pdf</w:t>
      </w:r>
      <w:proofErr w:type="spellEnd"/>
      <w:proofErr w:type="gramStart"/>
      <w:r w:rsidRPr="00E37974">
        <w:rPr>
          <w:rFonts w:ascii="Consolas" w:hAnsi="Consolas"/>
          <w:sz w:val="17"/>
          <w:lang w:val="fr-FR"/>
        </w:rPr>
        <w:t>' });</w:t>
      </w:r>
      <w:proofErr w:type="gramEnd"/>
    </w:p>
    <w:p w14:paraId="6093C7ED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</w:p>
    <w:p w14:paraId="2069C03E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// 3. Créer une URL temporaire pointant vers le Blob</w:t>
      </w:r>
    </w:p>
    <w:p w14:paraId="1400C8A4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const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 xml:space="preserve"> </w:t>
      </w:r>
      <w:proofErr w:type="spellStart"/>
      <w:r w:rsidRPr="00E37974">
        <w:rPr>
          <w:rFonts w:ascii="Consolas" w:hAnsi="Consolas"/>
          <w:sz w:val="17"/>
          <w:lang w:val="fr-FR"/>
        </w:rPr>
        <w:t>blobUrl</w:t>
      </w:r>
      <w:proofErr w:type="spellEnd"/>
      <w:r w:rsidRPr="00E37974">
        <w:rPr>
          <w:rFonts w:ascii="Consolas" w:hAnsi="Consolas"/>
          <w:sz w:val="17"/>
          <w:lang w:val="fr-FR"/>
        </w:rPr>
        <w:t xml:space="preserve"> = </w:t>
      </w:r>
      <w:proofErr w:type="spellStart"/>
      <w:r w:rsidRPr="00E37974">
        <w:rPr>
          <w:rFonts w:ascii="Consolas" w:hAnsi="Consolas"/>
          <w:sz w:val="17"/>
          <w:lang w:val="fr-FR"/>
        </w:rPr>
        <w:t>URL.createObjectURL</w:t>
      </w:r>
      <w:proofErr w:type="spellEnd"/>
      <w:r w:rsidRPr="00E37974">
        <w:rPr>
          <w:rFonts w:ascii="Consolas" w:hAnsi="Consolas"/>
          <w:sz w:val="17"/>
          <w:lang w:val="fr-FR"/>
        </w:rPr>
        <w:t>(blob</w:t>
      </w:r>
      <w:proofErr w:type="gramStart"/>
      <w:r w:rsidRPr="00E37974">
        <w:rPr>
          <w:rFonts w:ascii="Consolas" w:hAnsi="Consolas"/>
          <w:sz w:val="17"/>
          <w:lang w:val="fr-FR"/>
        </w:rPr>
        <w:t>);</w:t>
      </w:r>
      <w:proofErr w:type="gramEnd"/>
    </w:p>
    <w:p w14:paraId="7D1E054E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</w:p>
    <w:p w14:paraId="03BE775A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// 4. Ouvrir dans un nouvel onglet</w:t>
      </w:r>
    </w:p>
    <w:p w14:paraId="3CF56E78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window.open</w:t>
      </w:r>
      <w:proofErr w:type="spellEnd"/>
      <w:proofErr w:type="gramEnd"/>
      <w:r w:rsidRPr="00E37974">
        <w:rPr>
          <w:rFonts w:ascii="Consolas" w:hAnsi="Consolas"/>
          <w:sz w:val="17"/>
          <w:lang w:val="fr-FR"/>
        </w:rPr>
        <w:t>(</w:t>
      </w:r>
      <w:proofErr w:type="spellStart"/>
      <w:r w:rsidRPr="00E37974">
        <w:rPr>
          <w:rFonts w:ascii="Consolas" w:hAnsi="Consolas"/>
          <w:sz w:val="17"/>
          <w:lang w:val="fr-FR"/>
        </w:rPr>
        <w:t>blobUrl</w:t>
      </w:r>
      <w:proofErr w:type="spellEnd"/>
      <w:r w:rsidRPr="00E37974">
        <w:rPr>
          <w:rFonts w:ascii="Consolas" w:hAnsi="Consolas"/>
          <w:sz w:val="17"/>
          <w:lang w:val="fr-FR"/>
        </w:rPr>
        <w:t>, '_</w:t>
      </w:r>
      <w:proofErr w:type="spellStart"/>
      <w:r w:rsidRPr="00E37974">
        <w:rPr>
          <w:rFonts w:ascii="Consolas" w:hAnsi="Consolas"/>
          <w:sz w:val="17"/>
          <w:lang w:val="fr-FR"/>
        </w:rPr>
        <w:t>blank</w:t>
      </w:r>
      <w:proofErr w:type="spellEnd"/>
      <w:r w:rsidRPr="00E37974">
        <w:rPr>
          <w:rFonts w:ascii="Consolas" w:hAnsi="Consolas"/>
          <w:sz w:val="17"/>
          <w:lang w:val="fr-FR"/>
        </w:rPr>
        <w:t>'</w:t>
      </w:r>
      <w:proofErr w:type="gramStart"/>
      <w:r w:rsidRPr="00E37974">
        <w:rPr>
          <w:rFonts w:ascii="Consolas" w:hAnsi="Consolas"/>
          <w:sz w:val="17"/>
          <w:lang w:val="fr-FR"/>
        </w:rPr>
        <w:t>);</w:t>
      </w:r>
      <w:proofErr w:type="gramEnd"/>
    </w:p>
    <w:p w14:paraId="2E9BC2F8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</w:t>
      </w:r>
    </w:p>
    <w:p w14:paraId="2893619D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// Optionnel : Nettoyer l'URL après un délai pour libérer la mémoire</w:t>
      </w:r>
    </w:p>
    <w:p w14:paraId="39147C62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    </w:t>
      </w:r>
      <w:proofErr w:type="spellStart"/>
      <w:proofErr w:type="gramStart"/>
      <w:r w:rsidRPr="00E37974">
        <w:rPr>
          <w:rFonts w:ascii="Consolas" w:hAnsi="Consolas"/>
          <w:sz w:val="17"/>
          <w:lang w:val="fr-FR"/>
        </w:rPr>
        <w:t>setTimeout</w:t>
      </w:r>
      <w:proofErr w:type="spellEnd"/>
      <w:r w:rsidRPr="00E37974">
        <w:rPr>
          <w:rFonts w:ascii="Consolas" w:hAnsi="Consolas"/>
          <w:sz w:val="17"/>
          <w:lang w:val="fr-FR"/>
        </w:rPr>
        <w:t>(</w:t>
      </w:r>
      <w:proofErr w:type="gramEnd"/>
      <w:r w:rsidRPr="00E37974">
        <w:rPr>
          <w:rFonts w:ascii="Consolas" w:hAnsi="Consolas"/>
          <w:sz w:val="17"/>
          <w:lang w:val="fr-FR"/>
        </w:rPr>
        <w:t xml:space="preserve">() =&gt; </w:t>
      </w:r>
      <w:proofErr w:type="spellStart"/>
      <w:r w:rsidRPr="00E37974">
        <w:rPr>
          <w:rFonts w:ascii="Consolas" w:hAnsi="Consolas"/>
          <w:sz w:val="17"/>
          <w:lang w:val="fr-FR"/>
        </w:rPr>
        <w:t>URL.revokeObjectURL</w:t>
      </w:r>
      <w:proofErr w:type="spellEnd"/>
      <w:r w:rsidRPr="00E37974">
        <w:rPr>
          <w:rFonts w:ascii="Consolas" w:hAnsi="Consolas"/>
          <w:sz w:val="17"/>
          <w:lang w:val="fr-FR"/>
        </w:rPr>
        <w:t>(</w:t>
      </w:r>
      <w:proofErr w:type="spellStart"/>
      <w:r w:rsidRPr="00E37974">
        <w:rPr>
          <w:rFonts w:ascii="Consolas" w:hAnsi="Consolas"/>
          <w:sz w:val="17"/>
          <w:lang w:val="fr-FR"/>
        </w:rPr>
        <w:t>blobUrl</w:t>
      </w:r>
      <w:proofErr w:type="spellEnd"/>
      <w:r w:rsidRPr="00E37974">
        <w:rPr>
          <w:rFonts w:ascii="Consolas" w:hAnsi="Consolas"/>
          <w:sz w:val="17"/>
          <w:lang w:val="fr-FR"/>
        </w:rPr>
        <w:t>), 10000</w:t>
      </w:r>
      <w:proofErr w:type="gramStart"/>
      <w:r w:rsidRPr="00E37974">
        <w:rPr>
          <w:rFonts w:ascii="Consolas" w:hAnsi="Consolas"/>
          <w:sz w:val="17"/>
          <w:lang w:val="fr-FR"/>
        </w:rPr>
        <w:t>);</w:t>
      </w:r>
      <w:proofErr w:type="gramEnd"/>
    </w:p>
    <w:p w14:paraId="61F485DB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});</w:t>
      </w:r>
    </w:p>
    <w:p w14:paraId="7CBFFC9E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 xml:space="preserve">    &lt;/script&gt;</w:t>
      </w:r>
    </w:p>
    <w:p w14:paraId="6C4B4656" w14:textId="77777777" w:rsidR="00E37974" w:rsidRP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>&lt;/body&gt;</w:t>
      </w:r>
    </w:p>
    <w:p w14:paraId="2B95BF51" w14:textId="1ED644B6" w:rsidR="00E37974" w:rsidRDefault="00E37974" w:rsidP="00E37974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E37974">
        <w:rPr>
          <w:rFonts w:ascii="Consolas" w:hAnsi="Consolas"/>
          <w:sz w:val="17"/>
          <w:lang w:val="fr-FR"/>
        </w:rPr>
        <w:t>&lt;/html&gt;</w:t>
      </w:r>
    </w:p>
    <w:p w14:paraId="71C8229C" w14:textId="77777777" w:rsidR="00E37974" w:rsidRDefault="00E37974" w:rsidP="00717926">
      <w:pPr>
        <w:spacing w:after="0"/>
        <w:rPr>
          <w:rFonts w:ascii="Consolas" w:hAnsi="Consolas"/>
          <w:sz w:val="17"/>
          <w:lang w:val="fr-FR"/>
        </w:rPr>
      </w:pPr>
    </w:p>
    <w:sectPr w:rsidR="00E37974" w:rsidSect="002941A6">
      <w:footerReference w:type="default" r:id="rId9"/>
      <w:pgSz w:w="12240" w:h="15840"/>
      <w:pgMar w:top="851" w:right="1800" w:bottom="709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939A6" w14:textId="77777777" w:rsidR="006E19BD" w:rsidRDefault="006E19BD" w:rsidP="005F6724">
      <w:pPr>
        <w:spacing w:after="0" w:line="240" w:lineRule="auto"/>
      </w:pPr>
      <w:r>
        <w:separator/>
      </w:r>
    </w:p>
  </w:endnote>
  <w:endnote w:type="continuationSeparator" w:id="0">
    <w:p w14:paraId="3961C715" w14:textId="77777777" w:rsidR="006E19BD" w:rsidRDefault="006E19BD" w:rsidP="005F6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 Tex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5F65C" w14:textId="41505A89" w:rsidR="005F6724" w:rsidRPr="005F6724" w:rsidRDefault="005F6724">
    <w:pPr>
      <w:pStyle w:val="Pieddepage"/>
      <w:rPr>
        <w:sz w:val="18"/>
        <w:szCs w:val="18"/>
        <w:lang w:val="fr-FR"/>
      </w:rPr>
    </w:pPr>
    <w:r w:rsidRPr="005F6724">
      <w:rPr>
        <w:sz w:val="18"/>
        <w:szCs w:val="18"/>
        <w:lang w:val="fr-FR"/>
      </w:rPr>
      <w:t xml:space="preserve">Copyright </w:t>
    </w:r>
    <w:proofErr w:type="spellStart"/>
    <w:r w:rsidRPr="005F6724">
      <w:rPr>
        <w:sz w:val="18"/>
        <w:szCs w:val="18"/>
        <w:lang w:val="fr-FR"/>
      </w:rPr>
      <w:t>Integratome</w:t>
    </w:r>
    <w:proofErr w:type="spellEnd"/>
    <w:r w:rsidRPr="005F6724">
      <w:rPr>
        <w:sz w:val="18"/>
        <w:szCs w:val="18"/>
        <w:lang w:val="fr-FR"/>
      </w:rPr>
      <w:t xml:space="preserve"> </w:t>
    </w:r>
    <w:r>
      <w:rPr>
        <w:sz w:val="18"/>
        <w:szCs w:val="18"/>
        <w:lang w:val="fr-FR"/>
      </w:rPr>
      <w:t>–</w:t>
    </w:r>
    <w:r w:rsidRPr="005F6724">
      <w:rPr>
        <w:sz w:val="18"/>
        <w:szCs w:val="18"/>
        <w:lang w:val="fr-FR"/>
      </w:rPr>
      <w:t xml:space="preserve"> 202</w:t>
    </w:r>
    <w:r w:rsidR="00006A4E">
      <w:rPr>
        <w:sz w:val="18"/>
        <w:szCs w:val="18"/>
        <w:lang w:val="fr-FR"/>
      </w:rPr>
      <w:t>6</w:t>
    </w:r>
    <w:r>
      <w:rPr>
        <w:sz w:val="18"/>
        <w:szCs w:val="18"/>
        <w:lang w:val="fr-FR"/>
      </w:rPr>
      <w:t xml:space="preserve"> – V</w:t>
    </w:r>
    <w:r w:rsidR="00006A4E">
      <w:rPr>
        <w:sz w:val="18"/>
        <w:szCs w:val="18"/>
        <w:lang w:val="fr-FR"/>
      </w:rPr>
      <w:t>2</w:t>
    </w:r>
    <w:r>
      <w:rPr>
        <w:sz w:val="18"/>
        <w:szCs w:val="18"/>
        <w:lang w:val="fr-FR"/>
      </w:rPr>
      <w:t>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2841C" w14:textId="77777777" w:rsidR="006E19BD" w:rsidRDefault="006E19BD" w:rsidP="005F6724">
      <w:pPr>
        <w:spacing w:after="0" w:line="240" w:lineRule="auto"/>
      </w:pPr>
      <w:r>
        <w:separator/>
      </w:r>
    </w:p>
  </w:footnote>
  <w:footnote w:type="continuationSeparator" w:id="0">
    <w:p w14:paraId="040B13F8" w14:textId="77777777" w:rsidR="006E19BD" w:rsidRDefault="006E19BD" w:rsidP="005F67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FACAADC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C95AC0"/>
    <w:multiLevelType w:val="hybridMultilevel"/>
    <w:tmpl w:val="0A90AEF6"/>
    <w:lvl w:ilvl="0" w:tplc="BFF006CA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E09B2"/>
    <w:multiLevelType w:val="hybridMultilevel"/>
    <w:tmpl w:val="68C48A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D08D3"/>
    <w:multiLevelType w:val="hybridMultilevel"/>
    <w:tmpl w:val="6F2C62A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794462"/>
    <w:multiLevelType w:val="hybridMultilevel"/>
    <w:tmpl w:val="6A00DC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147AA6"/>
    <w:multiLevelType w:val="hybridMultilevel"/>
    <w:tmpl w:val="01D0E7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8B5F55"/>
    <w:multiLevelType w:val="hybridMultilevel"/>
    <w:tmpl w:val="0792E5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786399">
    <w:abstractNumId w:val="8"/>
  </w:num>
  <w:num w:numId="2" w16cid:durableId="987249944">
    <w:abstractNumId w:val="6"/>
  </w:num>
  <w:num w:numId="3" w16cid:durableId="745028174">
    <w:abstractNumId w:val="5"/>
  </w:num>
  <w:num w:numId="4" w16cid:durableId="835455804">
    <w:abstractNumId w:val="4"/>
  </w:num>
  <w:num w:numId="5" w16cid:durableId="666250073">
    <w:abstractNumId w:val="7"/>
  </w:num>
  <w:num w:numId="6" w16cid:durableId="2042125735">
    <w:abstractNumId w:val="3"/>
  </w:num>
  <w:num w:numId="7" w16cid:durableId="1100369147">
    <w:abstractNumId w:val="2"/>
  </w:num>
  <w:num w:numId="8" w16cid:durableId="1764259362">
    <w:abstractNumId w:val="1"/>
  </w:num>
  <w:num w:numId="9" w16cid:durableId="1919363039">
    <w:abstractNumId w:val="0"/>
  </w:num>
  <w:num w:numId="10" w16cid:durableId="1978800634">
    <w:abstractNumId w:val="11"/>
  </w:num>
  <w:num w:numId="11" w16cid:durableId="1009141010">
    <w:abstractNumId w:val="9"/>
  </w:num>
  <w:num w:numId="12" w16cid:durableId="1936861172">
    <w:abstractNumId w:val="14"/>
  </w:num>
  <w:num w:numId="13" w16cid:durableId="608927254">
    <w:abstractNumId w:val="12"/>
  </w:num>
  <w:num w:numId="14" w16cid:durableId="1444496510">
    <w:abstractNumId w:val="13"/>
  </w:num>
  <w:num w:numId="15" w16cid:durableId="180473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797"/>
    <w:rsid w:val="00006A4E"/>
    <w:rsid w:val="000114D5"/>
    <w:rsid w:val="00016556"/>
    <w:rsid w:val="0002161C"/>
    <w:rsid w:val="00033DFE"/>
    <w:rsid w:val="00034616"/>
    <w:rsid w:val="0006063C"/>
    <w:rsid w:val="00077185"/>
    <w:rsid w:val="000F080B"/>
    <w:rsid w:val="0015074B"/>
    <w:rsid w:val="00155E00"/>
    <w:rsid w:val="00171655"/>
    <w:rsid w:val="00180906"/>
    <w:rsid w:val="001D5ACD"/>
    <w:rsid w:val="00237B16"/>
    <w:rsid w:val="0025793B"/>
    <w:rsid w:val="002941A6"/>
    <w:rsid w:val="0029639D"/>
    <w:rsid w:val="00326F90"/>
    <w:rsid w:val="00366D59"/>
    <w:rsid w:val="003A772A"/>
    <w:rsid w:val="003D4476"/>
    <w:rsid w:val="003F70C4"/>
    <w:rsid w:val="00465656"/>
    <w:rsid w:val="00476E32"/>
    <w:rsid w:val="004979EF"/>
    <w:rsid w:val="004B2CE1"/>
    <w:rsid w:val="004C4D8D"/>
    <w:rsid w:val="004C5EF6"/>
    <w:rsid w:val="00501310"/>
    <w:rsid w:val="005378EF"/>
    <w:rsid w:val="00596E23"/>
    <w:rsid w:val="005D3EA4"/>
    <w:rsid w:val="005E4700"/>
    <w:rsid w:val="005E5C0F"/>
    <w:rsid w:val="005F11A1"/>
    <w:rsid w:val="005F6724"/>
    <w:rsid w:val="006277A4"/>
    <w:rsid w:val="00654C82"/>
    <w:rsid w:val="006A0831"/>
    <w:rsid w:val="006E19BD"/>
    <w:rsid w:val="006E3336"/>
    <w:rsid w:val="006F50E1"/>
    <w:rsid w:val="00717926"/>
    <w:rsid w:val="007573B8"/>
    <w:rsid w:val="0076206F"/>
    <w:rsid w:val="007758C5"/>
    <w:rsid w:val="00790D9B"/>
    <w:rsid w:val="00795E26"/>
    <w:rsid w:val="007E0F71"/>
    <w:rsid w:val="00861109"/>
    <w:rsid w:val="0086148C"/>
    <w:rsid w:val="0087715F"/>
    <w:rsid w:val="008B183B"/>
    <w:rsid w:val="008E4967"/>
    <w:rsid w:val="00902781"/>
    <w:rsid w:val="00916C26"/>
    <w:rsid w:val="0093506A"/>
    <w:rsid w:val="0094473B"/>
    <w:rsid w:val="009C2A6E"/>
    <w:rsid w:val="009F0FD6"/>
    <w:rsid w:val="009F2276"/>
    <w:rsid w:val="00A34854"/>
    <w:rsid w:val="00A5159C"/>
    <w:rsid w:val="00A5479A"/>
    <w:rsid w:val="00A605C6"/>
    <w:rsid w:val="00AA1D8D"/>
    <w:rsid w:val="00AE2241"/>
    <w:rsid w:val="00B36D0D"/>
    <w:rsid w:val="00B422CE"/>
    <w:rsid w:val="00B47730"/>
    <w:rsid w:val="00B51371"/>
    <w:rsid w:val="00B848F3"/>
    <w:rsid w:val="00BB2D84"/>
    <w:rsid w:val="00C074F2"/>
    <w:rsid w:val="00C40E01"/>
    <w:rsid w:val="00C53876"/>
    <w:rsid w:val="00C63279"/>
    <w:rsid w:val="00C76857"/>
    <w:rsid w:val="00C924B3"/>
    <w:rsid w:val="00CB0664"/>
    <w:rsid w:val="00CF2895"/>
    <w:rsid w:val="00D12E32"/>
    <w:rsid w:val="00DC3431"/>
    <w:rsid w:val="00DE0806"/>
    <w:rsid w:val="00E16C3E"/>
    <w:rsid w:val="00E3535B"/>
    <w:rsid w:val="00E37974"/>
    <w:rsid w:val="00EB3658"/>
    <w:rsid w:val="00EC32FA"/>
    <w:rsid w:val="00ED6112"/>
    <w:rsid w:val="00EF2818"/>
    <w:rsid w:val="00F325B1"/>
    <w:rsid w:val="00F46A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F35069"/>
  <w14:defaultImageDpi w14:val="300"/>
  <w15:docId w15:val="{7BFE7B5E-5D92-4389-BC61-1C2AACC93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926"/>
  </w:style>
  <w:style w:type="paragraph" w:styleId="Titre1">
    <w:name w:val="heading 1"/>
    <w:basedOn w:val="Normal"/>
    <w:next w:val="Normal"/>
    <w:link w:val="Titre1Car"/>
    <w:uiPriority w:val="9"/>
    <w:qFormat/>
    <w:rsid w:val="00CF28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  <w:u w:val="single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CF2895"/>
    <w:pPr>
      <w:keepNext/>
      <w:keepLines/>
      <w:spacing w:before="360" w:after="2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CH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CF2895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CF28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CH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8E496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8E4967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8E4967"/>
    <w:rPr>
      <w:color w:val="0000FF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6327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C63279"/>
    <w:rPr>
      <w:rFonts w:ascii="Consolas" w:hAnsi="Consolas"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7E0F71"/>
    <w:rPr>
      <w:color w:val="605E5C"/>
      <w:shd w:val="clear" w:color="auto" w:fill="E1DFDD"/>
    </w:rPr>
  </w:style>
  <w:style w:type="paragraph" w:styleId="TM3">
    <w:name w:val="toc 3"/>
    <w:basedOn w:val="Normal"/>
    <w:next w:val="Normal"/>
    <w:autoRedefine/>
    <w:uiPriority w:val="39"/>
    <w:unhideWhenUsed/>
    <w:rsid w:val="00CF2895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1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2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7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4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573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2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6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8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85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265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8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92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7</Pages>
  <Words>1362</Words>
  <Characters>7491</Characters>
  <Application>Microsoft Office Word</Application>
  <DocSecurity>0</DocSecurity>
  <Lines>62</Lines>
  <Paragraphs>17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Ugo Haberman</cp:lastModifiedBy>
  <cp:revision>24</cp:revision>
  <cp:lastPrinted>2026-06-23T06:10:00Z</cp:lastPrinted>
  <dcterms:created xsi:type="dcterms:W3CDTF">2026-04-29T09:15:00Z</dcterms:created>
  <dcterms:modified xsi:type="dcterms:W3CDTF">2026-06-23T06:16:00Z</dcterms:modified>
  <cp:category/>
</cp:coreProperties>
</file>