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CE05C" w14:textId="3F1C90A9" w:rsidR="00CF2895" w:rsidRDefault="00CF2895" w:rsidP="00CF2895">
      <w:pPr>
        <w:rPr>
          <w:lang w:val="fr-CH"/>
        </w:rPr>
      </w:pPr>
      <w:r>
        <w:rPr>
          <w:noProof/>
          <w:lang w:val="fr-CH"/>
        </w:rPr>
        <w:drawing>
          <wp:anchor distT="0" distB="0" distL="114300" distR="114300" simplePos="0" relativeHeight="251657216" behindDoc="0" locked="0" layoutInCell="1" allowOverlap="1" wp14:anchorId="023F4366" wp14:editId="55C9B3A3">
            <wp:simplePos x="0" y="0"/>
            <wp:positionH relativeFrom="column">
              <wp:posOffset>-862745</wp:posOffset>
            </wp:positionH>
            <wp:positionV relativeFrom="paragraph">
              <wp:posOffset>-637733</wp:posOffset>
            </wp:positionV>
            <wp:extent cx="2245360" cy="723900"/>
            <wp:effectExtent l="0" t="0" r="2540" b="0"/>
            <wp:wrapNone/>
            <wp:docPr id="336892052" name="Image 1" descr="Une image contenant capture d’écran, Graphique, Police, Bleu Majorell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892052" name="Image 1" descr="Une image contenant capture d’écran, Graphique, Police, Bleu Majorelle&#10;&#10;Le contenu généré par l’IA peut êtr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4536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BFF719" w14:textId="214A6BF6" w:rsidR="00CF2895" w:rsidRDefault="00CF2895" w:rsidP="00CF2895">
      <w:pPr>
        <w:rPr>
          <w:lang w:val="fr-CH"/>
        </w:rPr>
      </w:pPr>
    </w:p>
    <w:p w14:paraId="61FD5207" w14:textId="77777777" w:rsidR="00CF2895" w:rsidRDefault="00CF2895" w:rsidP="00CF2895">
      <w:pPr>
        <w:rPr>
          <w:lang w:val="fr-CH"/>
        </w:rPr>
      </w:pPr>
    </w:p>
    <w:p w14:paraId="6D415527" w14:textId="69FB2022" w:rsidR="00B848F3" w:rsidRPr="005F6724" w:rsidRDefault="00000000">
      <w:pPr>
        <w:pStyle w:val="Titre1"/>
        <w:jc w:val="center"/>
        <w:rPr>
          <w:lang w:val="fr-CH"/>
        </w:rPr>
      </w:pPr>
      <w:bookmarkStart w:id="0" w:name="_Toc228356767"/>
      <w:r w:rsidRPr="005F6724">
        <w:rPr>
          <w:lang w:val="fr-CH"/>
        </w:rPr>
        <w:t xml:space="preserve">API </w:t>
      </w:r>
      <w:proofErr w:type="spellStart"/>
      <w:r w:rsidRPr="005F6724">
        <w:rPr>
          <w:lang w:val="fr-CH"/>
        </w:rPr>
        <w:t>Integratome</w:t>
      </w:r>
      <w:proofErr w:type="spellEnd"/>
      <w:r w:rsidRPr="005F6724">
        <w:rPr>
          <w:lang w:val="fr-CH"/>
        </w:rPr>
        <w:t xml:space="preserve"> – Documentation Technique</w:t>
      </w:r>
      <w:bookmarkEnd w:id="0"/>
    </w:p>
    <w:p w14:paraId="7E6C9EB1" w14:textId="77777777" w:rsidR="00B848F3" w:rsidRPr="005F6724" w:rsidRDefault="00000000">
      <w:pPr>
        <w:jc w:val="center"/>
        <w:rPr>
          <w:lang w:val="fr-CH"/>
        </w:rPr>
      </w:pPr>
      <w:r w:rsidRPr="005F6724">
        <w:rPr>
          <w:lang w:val="fr-CH"/>
        </w:rPr>
        <w:t>Modèle REST avec RPC encapsulé (</w:t>
      </w:r>
      <w:proofErr w:type="spellStart"/>
      <w:r w:rsidRPr="005F6724">
        <w:rPr>
          <w:lang w:val="fr-CH"/>
        </w:rPr>
        <w:t>MessageType</w:t>
      </w:r>
      <w:proofErr w:type="spellEnd"/>
      <w:r w:rsidRPr="005F6724">
        <w:rPr>
          <w:lang w:val="fr-CH"/>
        </w:rPr>
        <w:t>)</w:t>
      </w:r>
    </w:p>
    <w:p w14:paraId="2810F14D" w14:textId="1710A60F" w:rsidR="00B848F3" w:rsidRPr="005F6724" w:rsidRDefault="00000000">
      <w:pPr>
        <w:jc w:val="center"/>
        <w:rPr>
          <w:lang w:val="fr-CH"/>
        </w:rPr>
      </w:pPr>
      <w:r w:rsidRPr="005F6724">
        <w:rPr>
          <w:lang w:val="fr-CH"/>
        </w:rPr>
        <w:br/>
        <w:t>Version :</w:t>
      </w:r>
      <w:r w:rsidR="005D3EA4">
        <w:rPr>
          <w:lang w:val="fr-CH"/>
        </w:rPr>
        <w:t>2</w:t>
      </w:r>
      <w:r w:rsidRPr="005F6724">
        <w:rPr>
          <w:lang w:val="fr-CH"/>
        </w:rPr>
        <w:t xml:space="preserve">.1 – </w:t>
      </w:r>
      <w:proofErr w:type="gramStart"/>
      <w:r w:rsidR="00A5479A">
        <w:rPr>
          <w:lang w:val="fr-CH"/>
        </w:rPr>
        <w:t xml:space="preserve">Mai </w:t>
      </w:r>
      <w:r w:rsidRPr="005F6724">
        <w:rPr>
          <w:lang w:val="fr-CH"/>
        </w:rPr>
        <w:t xml:space="preserve"> 202</w:t>
      </w:r>
      <w:r w:rsidR="005D3EA4">
        <w:rPr>
          <w:lang w:val="fr-CH"/>
        </w:rPr>
        <w:t>6</w:t>
      </w:r>
      <w:proofErr w:type="gramEnd"/>
      <w:r w:rsidRPr="005F6724">
        <w:rPr>
          <w:lang w:val="fr-CH"/>
        </w:rPr>
        <w:br/>
        <w:t xml:space="preserve">Auteur : </w:t>
      </w:r>
      <w:r w:rsidR="0002161C">
        <w:rPr>
          <w:lang w:val="fr-CH"/>
        </w:rPr>
        <w:t>Ugo HABERMAN</w:t>
      </w:r>
      <w:r w:rsidRPr="005F6724">
        <w:rPr>
          <w:lang w:val="fr-CH"/>
        </w:rPr>
        <w:br/>
      </w:r>
    </w:p>
    <w:p w14:paraId="2D05DA56" w14:textId="77777777" w:rsidR="00B848F3" w:rsidRPr="005F6724" w:rsidRDefault="00000000">
      <w:pPr>
        <w:rPr>
          <w:lang w:val="fr-CH"/>
        </w:rPr>
      </w:pPr>
      <w:r w:rsidRPr="005F6724">
        <w:rPr>
          <w:lang w:val="fr-CH"/>
        </w:rPr>
        <w:br w:type="page"/>
      </w:r>
    </w:p>
    <w:p w14:paraId="5495D408" w14:textId="77777777" w:rsidR="00B848F3" w:rsidRPr="005F6724" w:rsidRDefault="00000000">
      <w:pPr>
        <w:pStyle w:val="Titre1"/>
        <w:rPr>
          <w:lang w:val="fr-CH"/>
        </w:rPr>
      </w:pPr>
      <w:bookmarkStart w:id="1" w:name="_Toc228356768"/>
      <w:r w:rsidRPr="005F6724">
        <w:rPr>
          <w:lang w:val="fr-CH"/>
        </w:rPr>
        <w:lastRenderedPageBreak/>
        <w:t>Table des matières</w:t>
      </w:r>
      <w:bookmarkEnd w:id="1"/>
    </w:p>
    <w:sdt>
      <w:sdtPr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  <w:lang w:val="fr-FR"/>
        </w:rPr>
        <w:id w:val="1801492827"/>
        <w:docPartObj>
          <w:docPartGallery w:val="Table of Contents"/>
          <w:docPartUnique/>
        </w:docPartObj>
      </w:sdtPr>
      <w:sdtEndPr>
        <w:rPr>
          <w:u w:val="none"/>
          <w:lang w:val="en-US"/>
        </w:rPr>
      </w:sdtEndPr>
      <w:sdtContent>
        <w:p w14:paraId="58EF3B2F" w14:textId="0D70AFBA" w:rsidR="008E4967" w:rsidRDefault="008E4967">
          <w:pPr>
            <w:pStyle w:val="En-ttedetabledesmatires"/>
          </w:pPr>
          <w:r>
            <w:rPr>
              <w:lang w:val="fr-FR"/>
            </w:rPr>
            <w:t>Table des matières</w:t>
          </w:r>
        </w:p>
        <w:p w14:paraId="36D866FA" w14:textId="03FD1E68" w:rsidR="00CF2895" w:rsidRDefault="008E4967">
          <w:pPr>
            <w:pStyle w:val="TM1"/>
            <w:tabs>
              <w:tab w:val="right" w:leader="dot" w:pos="8630"/>
            </w:tabs>
            <w:rPr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28356767" w:history="1">
            <w:r w:rsidR="00CF2895" w:rsidRPr="00AF5E36">
              <w:rPr>
                <w:rStyle w:val="Lienhypertexte"/>
                <w:noProof/>
                <w:lang w:val="fr-CH"/>
              </w:rPr>
              <w:t>API Integratome – Documentation Technique</w:t>
            </w:r>
            <w:r w:rsidR="00CF2895">
              <w:rPr>
                <w:noProof/>
                <w:webHidden/>
              </w:rPr>
              <w:tab/>
            </w:r>
            <w:r w:rsidR="00CF2895">
              <w:rPr>
                <w:noProof/>
                <w:webHidden/>
              </w:rPr>
              <w:fldChar w:fldCharType="begin"/>
            </w:r>
            <w:r w:rsidR="00CF2895">
              <w:rPr>
                <w:noProof/>
                <w:webHidden/>
              </w:rPr>
              <w:instrText xml:space="preserve"> PAGEREF _Toc228356767 \h </w:instrText>
            </w:r>
            <w:r w:rsidR="00CF2895">
              <w:rPr>
                <w:noProof/>
                <w:webHidden/>
              </w:rPr>
            </w:r>
            <w:r w:rsidR="00CF2895">
              <w:rPr>
                <w:noProof/>
                <w:webHidden/>
              </w:rPr>
              <w:fldChar w:fldCharType="separate"/>
            </w:r>
            <w:r w:rsidR="007758C5">
              <w:rPr>
                <w:noProof/>
                <w:webHidden/>
              </w:rPr>
              <w:t>1</w:t>
            </w:r>
            <w:r w:rsidR="00CF2895">
              <w:rPr>
                <w:noProof/>
                <w:webHidden/>
              </w:rPr>
              <w:fldChar w:fldCharType="end"/>
            </w:r>
          </w:hyperlink>
        </w:p>
        <w:p w14:paraId="26F348DB" w14:textId="08BB46E6" w:rsidR="00CF2895" w:rsidRDefault="00CF2895">
          <w:pPr>
            <w:pStyle w:val="TM1"/>
            <w:tabs>
              <w:tab w:val="right" w:leader="dot" w:pos="8630"/>
            </w:tabs>
            <w:rPr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28356768" w:history="1">
            <w:r w:rsidRPr="00AF5E36">
              <w:rPr>
                <w:rStyle w:val="Lienhypertexte"/>
                <w:noProof/>
                <w:lang w:val="fr-CH"/>
              </w:rPr>
              <w:t>Table des matières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_Toc228356768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758C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3ED0B3" w14:textId="53111C2A" w:rsidR="00CF2895" w:rsidRDefault="00CF2895">
          <w:pPr>
            <w:pStyle w:val="TM1"/>
            <w:tabs>
              <w:tab w:val="right" w:leader="dot" w:pos="8630"/>
            </w:tabs>
            <w:rPr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28356769" w:history="1">
            <w:r w:rsidRPr="00AF5E36">
              <w:rPr>
                <w:rStyle w:val="Lienhypertexte"/>
                <w:noProof/>
              </w:rPr>
              <w:t>Introduction et périmètre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_Toc228356769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758C5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D94662" w14:textId="076734B4" w:rsidR="00CF2895" w:rsidRDefault="00CF2895">
          <w:pPr>
            <w:pStyle w:val="TM2"/>
            <w:tabs>
              <w:tab w:val="right" w:leader="dot" w:pos="8630"/>
            </w:tabs>
            <w:rPr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28356770" w:history="1">
            <w:r w:rsidRPr="00AF5E36">
              <w:rPr>
                <w:rStyle w:val="Lienhypertexte"/>
                <w:noProof/>
              </w:rPr>
              <w:t>Règles d’intégration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_Toc228356770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758C5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6DF1E5" w14:textId="2C3D4749" w:rsidR="00CF2895" w:rsidRDefault="00CF2895">
          <w:pPr>
            <w:pStyle w:val="TM2"/>
            <w:tabs>
              <w:tab w:val="right" w:leader="dot" w:pos="8630"/>
            </w:tabs>
            <w:rPr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28356771" w:history="1">
            <w:r w:rsidRPr="00AF5E36">
              <w:rPr>
                <w:rStyle w:val="Lienhypertexte"/>
                <w:noProof/>
              </w:rPr>
              <w:t>Schéma des échanges (Séquence)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_Toc228356771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758C5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E5C54B" w14:textId="68B3B099" w:rsidR="00CF2895" w:rsidRDefault="00CF2895">
          <w:pPr>
            <w:pStyle w:val="TM2"/>
            <w:tabs>
              <w:tab w:val="right" w:leader="dot" w:pos="8630"/>
            </w:tabs>
            <w:rPr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28356772" w:history="1">
            <w:r w:rsidRPr="00AF5E36">
              <w:rPr>
                <w:rStyle w:val="Lienhypertexte"/>
                <w:noProof/>
              </w:rPr>
              <w:t>Détails techniques des WebServices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_Toc228356772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758C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CEA5B1" w14:textId="7820D412" w:rsidR="00CF2895" w:rsidRDefault="00CF2895">
          <w:pPr>
            <w:pStyle w:val="TM3"/>
            <w:tabs>
              <w:tab w:val="right" w:leader="dot" w:pos="8630"/>
            </w:tabs>
            <w:rPr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28356773" w:history="1">
            <w:r w:rsidRPr="00AF5E36">
              <w:rPr>
                <w:rStyle w:val="Lienhypertexte"/>
                <w:noProof/>
              </w:rPr>
              <w:t>Flux A : Ecaldima vers Integratome – Création dossier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_Toc228356773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758C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B729CE" w14:textId="7E03AF3C" w:rsidR="00CF2895" w:rsidRDefault="00CF2895">
          <w:pPr>
            <w:pStyle w:val="TM3"/>
            <w:tabs>
              <w:tab w:val="right" w:leader="dot" w:pos="8630"/>
            </w:tabs>
            <w:rPr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28356774" w:history="1">
            <w:r w:rsidRPr="00AF5E36">
              <w:rPr>
                <w:rStyle w:val="Lienhypertexte"/>
                <w:noProof/>
              </w:rPr>
              <w:t>Flux B : Integratome vers Ecaldima – Notification Biologie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_Toc228356774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758C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CB87A6" w14:textId="6D31FD10" w:rsidR="00CF2895" w:rsidRDefault="00CF2895">
          <w:pPr>
            <w:pStyle w:val="TM3"/>
            <w:tabs>
              <w:tab w:val="right" w:leader="dot" w:pos="8630"/>
            </w:tabs>
            <w:rPr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28356775" w:history="1">
            <w:r w:rsidRPr="00AF5E36">
              <w:rPr>
                <w:rStyle w:val="Lienhypertexte"/>
                <w:noProof/>
              </w:rPr>
              <w:t>Flux C : Integratome vers Ecaldima – Notification Questionnaire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_Toc228356775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758C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1FAD8A" w14:textId="1B6B50E6" w:rsidR="00CF2895" w:rsidRDefault="00CF2895">
          <w:pPr>
            <w:pStyle w:val="TM1"/>
            <w:tabs>
              <w:tab w:val="right" w:leader="dot" w:pos="8630"/>
            </w:tabs>
            <w:rPr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28356776" w:history="1">
            <w:r w:rsidRPr="00AF5E36">
              <w:rPr>
                <w:rStyle w:val="Lienhypertexte"/>
                <w:noProof/>
              </w:rPr>
              <w:t>Authentification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_Toc228356776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758C5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5176DA" w14:textId="6E7F8115" w:rsidR="00CF2895" w:rsidRDefault="00CF2895">
          <w:pPr>
            <w:pStyle w:val="TM2"/>
            <w:tabs>
              <w:tab w:val="right" w:leader="dot" w:pos="8630"/>
            </w:tabs>
            <w:rPr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28356777" w:history="1">
            <w:r w:rsidRPr="00AF5E36">
              <w:rPr>
                <w:rStyle w:val="Lienhypertexte"/>
                <w:noProof/>
              </w:rPr>
              <w:t>Environnements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_Toc228356777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758C5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495C71" w14:textId="76BF4FB2" w:rsidR="00CF2895" w:rsidRDefault="00CF2895">
          <w:pPr>
            <w:pStyle w:val="TM1"/>
            <w:tabs>
              <w:tab w:val="right" w:leader="dot" w:pos="8630"/>
            </w:tabs>
            <w:rPr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28356778" w:history="1">
            <w:r w:rsidRPr="00AF5E36">
              <w:rPr>
                <w:rStyle w:val="Lienhypertexte"/>
                <w:noProof/>
              </w:rPr>
              <w:t>Payload JSON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_Toc228356778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758C5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6C2D53" w14:textId="443D9520" w:rsidR="00CF2895" w:rsidRDefault="00CF2895">
          <w:pPr>
            <w:pStyle w:val="TM2"/>
            <w:tabs>
              <w:tab w:val="right" w:leader="dot" w:pos="8630"/>
            </w:tabs>
            <w:rPr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28356779" w:history="1">
            <w:r w:rsidRPr="00AF5E36">
              <w:rPr>
                <w:rStyle w:val="Lienhypertexte"/>
                <w:noProof/>
              </w:rPr>
              <w:t>Réponse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_Toc228356779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758C5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138D90" w14:textId="45DC2F57" w:rsidR="00CF2895" w:rsidRDefault="00CF2895">
          <w:pPr>
            <w:pStyle w:val="TM1"/>
            <w:tabs>
              <w:tab w:val="right" w:leader="dot" w:pos="8630"/>
            </w:tabs>
            <w:rPr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28356780" w:history="1">
            <w:r w:rsidRPr="00AF5E36">
              <w:rPr>
                <w:rStyle w:val="Lienhypertexte"/>
                <w:noProof/>
              </w:rPr>
              <w:t>Endpoint métier : CreatePatientAndGenerateToken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_Toc228356780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758C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2AA0EF" w14:textId="46EA8CA5" w:rsidR="00CF2895" w:rsidRDefault="00CF2895">
          <w:pPr>
            <w:pStyle w:val="TM2"/>
            <w:tabs>
              <w:tab w:val="right" w:leader="dot" w:pos="8630"/>
            </w:tabs>
            <w:rPr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28356781" w:history="1">
            <w:r w:rsidRPr="00AF5E36">
              <w:rPr>
                <w:rStyle w:val="Lienhypertexte"/>
                <w:noProof/>
              </w:rPr>
              <w:t>Environnements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_Toc228356781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758C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6CBF93" w14:textId="55585226" w:rsidR="00CF2895" w:rsidRDefault="00CF2895">
          <w:pPr>
            <w:pStyle w:val="TM2"/>
            <w:tabs>
              <w:tab w:val="right" w:leader="dot" w:pos="8630"/>
            </w:tabs>
            <w:rPr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28356782" w:history="1">
            <w:r w:rsidRPr="00AF5E36">
              <w:rPr>
                <w:rStyle w:val="Lienhypertexte"/>
                <w:noProof/>
                <w:lang w:val="fr-FR"/>
              </w:rPr>
              <w:t>Payload JSON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_Toc228356782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758C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FE4093" w14:textId="180739DD" w:rsidR="00CF2895" w:rsidRDefault="00CF2895">
          <w:pPr>
            <w:pStyle w:val="TM2"/>
            <w:tabs>
              <w:tab w:val="right" w:leader="dot" w:pos="8630"/>
            </w:tabs>
            <w:rPr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28356783" w:history="1">
            <w:r w:rsidRPr="00AF5E36">
              <w:rPr>
                <w:rStyle w:val="Lienhypertexte"/>
                <w:noProof/>
              </w:rPr>
              <w:t>Réponse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_Toc228356783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758C5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BE6751" w14:textId="28FFF689" w:rsidR="008E4967" w:rsidRDefault="008E4967">
          <w:r>
            <w:rPr>
              <w:b/>
              <w:bCs/>
            </w:rPr>
            <w:fldChar w:fldCharType="end"/>
          </w:r>
        </w:p>
      </w:sdtContent>
    </w:sdt>
    <w:p w14:paraId="10AB5FAA" w14:textId="77777777" w:rsidR="00B848F3" w:rsidRPr="005F6724" w:rsidRDefault="00000000">
      <w:pPr>
        <w:rPr>
          <w:lang w:val="fr-CH"/>
        </w:rPr>
      </w:pPr>
      <w:r w:rsidRPr="005F6724">
        <w:rPr>
          <w:lang w:val="fr-CH"/>
        </w:rPr>
        <w:br w:type="page"/>
      </w:r>
    </w:p>
    <w:p w14:paraId="1981C0B8" w14:textId="49EA7927" w:rsidR="00B848F3" w:rsidRPr="000F080B" w:rsidRDefault="00000000" w:rsidP="000F080B">
      <w:pPr>
        <w:pStyle w:val="Titre1"/>
      </w:pPr>
      <w:bookmarkStart w:id="2" w:name="_Toc228356769"/>
      <w:r w:rsidRPr="000F080B">
        <w:lastRenderedPageBreak/>
        <w:t xml:space="preserve">Introduction et </w:t>
      </w:r>
      <w:proofErr w:type="spellStart"/>
      <w:r w:rsidRPr="000F080B">
        <w:t>périmètre</w:t>
      </w:r>
      <w:bookmarkEnd w:id="2"/>
      <w:proofErr w:type="spellEnd"/>
    </w:p>
    <w:p w14:paraId="15EC6194" w14:textId="3457BC9B" w:rsidR="007758C5" w:rsidRPr="007758C5" w:rsidRDefault="007758C5" w:rsidP="007758C5">
      <w:pPr>
        <w:spacing w:after="0"/>
      </w:pPr>
      <w:bookmarkStart w:id="3" w:name="_Toc228356770"/>
      <w:r w:rsidRPr="007758C5">
        <w:t xml:space="preserve">Cette documentation </w:t>
      </w:r>
      <w:proofErr w:type="spellStart"/>
      <w:r w:rsidRPr="007758C5">
        <w:t>définit</w:t>
      </w:r>
      <w:proofErr w:type="spellEnd"/>
      <w:r w:rsidRPr="007758C5">
        <w:t xml:space="preserve"> les </w:t>
      </w:r>
      <w:proofErr w:type="spellStart"/>
      <w:r w:rsidRPr="007758C5">
        <w:t>protocoles</w:t>
      </w:r>
      <w:proofErr w:type="spellEnd"/>
      <w:r w:rsidRPr="007758C5">
        <w:t xml:space="preserve"> </w:t>
      </w:r>
      <w:proofErr w:type="spellStart"/>
      <w:r w:rsidRPr="007758C5">
        <w:t>d</w:t>
      </w:r>
      <w:r>
        <w:t>’</w:t>
      </w:r>
      <w:r w:rsidRPr="007758C5">
        <w:t>échanges</w:t>
      </w:r>
      <w:proofErr w:type="spellEnd"/>
      <w:r w:rsidRPr="007758C5">
        <w:t xml:space="preserve"> </w:t>
      </w:r>
      <w:proofErr w:type="spellStart"/>
      <w:r w:rsidRPr="007758C5">
        <w:t>WebServices</w:t>
      </w:r>
      <w:proofErr w:type="spellEnd"/>
      <w:r w:rsidRPr="007758C5">
        <w:t xml:space="preserve"> entre les serveurs</w:t>
      </w:r>
    </w:p>
    <w:p w14:paraId="409E9CB1" w14:textId="67A3042D" w:rsidR="007758C5" w:rsidRPr="007758C5" w:rsidRDefault="007758C5" w:rsidP="007758C5">
      <w:pPr>
        <w:spacing w:after="0"/>
      </w:pPr>
      <w:proofErr w:type="spellStart"/>
      <w:r w:rsidRPr="007758C5">
        <w:t>Ecaldima</w:t>
      </w:r>
      <w:proofErr w:type="spellEnd"/>
      <w:r w:rsidRPr="007758C5">
        <w:t xml:space="preserve"> et </w:t>
      </w:r>
      <w:proofErr w:type="spellStart"/>
      <w:r w:rsidRPr="007758C5">
        <w:t>Integratome</w:t>
      </w:r>
      <w:proofErr w:type="spellEnd"/>
      <w:r w:rsidRPr="007758C5">
        <w:t xml:space="preserve">. </w:t>
      </w:r>
      <w:proofErr w:type="spellStart"/>
      <w:r w:rsidRPr="007758C5">
        <w:t>L</w:t>
      </w:r>
      <w:r>
        <w:t>’</w:t>
      </w:r>
      <w:r w:rsidRPr="007758C5">
        <w:t>architecture</w:t>
      </w:r>
      <w:proofErr w:type="spellEnd"/>
      <w:r w:rsidRPr="007758C5">
        <w:t xml:space="preserve"> repose sur un modèle REST </w:t>
      </w:r>
      <w:proofErr w:type="spellStart"/>
      <w:r w:rsidRPr="007758C5">
        <w:t>sécurisé</w:t>
      </w:r>
      <w:proofErr w:type="spellEnd"/>
      <w:r w:rsidRPr="007758C5">
        <w:t xml:space="preserve"> </w:t>
      </w:r>
      <w:proofErr w:type="spellStart"/>
      <w:r w:rsidRPr="007758C5">
        <w:t>permettant</w:t>
      </w:r>
      <w:proofErr w:type="spellEnd"/>
      <w:r w:rsidRPr="007758C5">
        <w:t xml:space="preserve"> la</w:t>
      </w:r>
      <w:r>
        <w:t xml:space="preserve"> </w:t>
      </w:r>
      <w:proofErr w:type="spellStart"/>
      <w:r w:rsidRPr="007758C5">
        <w:t>synchronisation</w:t>
      </w:r>
      <w:proofErr w:type="spellEnd"/>
      <w:r w:rsidRPr="007758C5">
        <w:t xml:space="preserve"> des dossiers patients et le suivi en temps réel des activités (biologie et</w:t>
      </w:r>
    </w:p>
    <w:p w14:paraId="7307600B" w14:textId="77777777" w:rsidR="007758C5" w:rsidRDefault="007758C5" w:rsidP="007758C5">
      <w:pPr>
        <w:spacing w:after="0"/>
        <w:rPr>
          <w:bCs/>
        </w:rPr>
      </w:pPr>
      <w:r w:rsidRPr="007758C5">
        <w:t>questionnaires).</w:t>
      </w:r>
    </w:p>
    <w:p w14:paraId="2E9FE852" w14:textId="23118AD2" w:rsidR="00D12E32" w:rsidRPr="005378EF" w:rsidRDefault="00D12E32" w:rsidP="007758C5">
      <w:pPr>
        <w:pStyle w:val="Titre2"/>
      </w:pPr>
      <w:r w:rsidRPr="005378EF">
        <w:t>Règles d’intégration</w:t>
      </w:r>
      <w:bookmarkEnd w:id="3"/>
    </w:p>
    <w:p w14:paraId="47A069C1" w14:textId="77777777" w:rsidR="00D12E32" w:rsidRPr="0001235A" w:rsidRDefault="00D12E32" w:rsidP="00D12E32">
      <w:pPr>
        <w:pStyle w:val="Listepuces"/>
        <w:rPr>
          <w:lang w:val="fr-FR"/>
        </w:rPr>
      </w:pPr>
      <w:r w:rsidRPr="0001235A">
        <w:rPr>
          <w:lang w:val="fr-FR"/>
        </w:rPr>
        <w:t xml:space="preserve">Tous les appels métier nécessitent un </w:t>
      </w:r>
      <w:proofErr w:type="spellStart"/>
      <w:r w:rsidRPr="0001235A">
        <w:rPr>
          <w:lang w:val="fr-FR"/>
        </w:rPr>
        <w:t>token</w:t>
      </w:r>
      <w:proofErr w:type="spellEnd"/>
      <w:r w:rsidRPr="0001235A">
        <w:rPr>
          <w:lang w:val="fr-FR"/>
        </w:rPr>
        <w:t xml:space="preserve"> Bearer valide.</w:t>
      </w:r>
    </w:p>
    <w:p w14:paraId="7005F464" w14:textId="77777777" w:rsidR="00D12E32" w:rsidRPr="0001235A" w:rsidRDefault="00D12E32" w:rsidP="00D12E32">
      <w:pPr>
        <w:pStyle w:val="Listepuces"/>
        <w:rPr>
          <w:lang w:val="fr-FR"/>
        </w:rPr>
      </w:pPr>
      <w:r w:rsidRPr="0001235A">
        <w:rPr>
          <w:lang w:val="fr-FR"/>
        </w:rPr>
        <w:t xml:space="preserve">La durée de validité du </w:t>
      </w:r>
      <w:proofErr w:type="spellStart"/>
      <w:r w:rsidRPr="0001235A">
        <w:rPr>
          <w:lang w:val="fr-FR"/>
        </w:rPr>
        <w:t>token</w:t>
      </w:r>
      <w:proofErr w:type="spellEnd"/>
      <w:r w:rsidRPr="0001235A">
        <w:rPr>
          <w:lang w:val="fr-FR"/>
        </w:rPr>
        <w:t xml:space="preserve"> est de 3600 secondes (1 heure).</w:t>
      </w:r>
    </w:p>
    <w:p w14:paraId="2F7D9405" w14:textId="77777777" w:rsidR="00D12E32" w:rsidRPr="0001235A" w:rsidRDefault="00D12E32" w:rsidP="00D12E32">
      <w:pPr>
        <w:pStyle w:val="Listepuces"/>
        <w:rPr>
          <w:lang w:val="fr-FR"/>
        </w:rPr>
      </w:pPr>
      <w:r w:rsidRPr="0001235A">
        <w:rPr>
          <w:lang w:val="fr-FR"/>
        </w:rPr>
        <w:t xml:space="preserve">Le champ </w:t>
      </w:r>
      <w:proofErr w:type="spellStart"/>
      <w:r w:rsidRPr="0001235A">
        <w:rPr>
          <w:lang w:val="fr-FR"/>
        </w:rPr>
        <w:t>externalref</w:t>
      </w:r>
      <w:proofErr w:type="spellEnd"/>
      <w:r w:rsidRPr="0001235A">
        <w:rPr>
          <w:lang w:val="fr-FR"/>
        </w:rPr>
        <w:t xml:space="preserve"> sert d’identifiant de corrélation entre </w:t>
      </w:r>
      <w:proofErr w:type="spellStart"/>
      <w:r w:rsidRPr="0001235A">
        <w:rPr>
          <w:lang w:val="fr-FR"/>
        </w:rPr>
        <w:t>Integratome</w:t>
      </w:r>
      <w:proofErr w:type="spellEnd"/>
      <w:r w:rsidRPr="0001235A">
        <w:rPr>
          <w:lang w:val="fr-FR"/>
        </w:rPr>
        <w:t xml:space="preserve"> et Horizon.</w:t>
      </w:r>
    </w:p>
    <w:p w14:paraId="7FA448AC" w14:textId="77777777" w:rsidR="00D12E32" w:rsidRPr="0001235A" w:rsidRDefault="00D12E32" w:rsidP="00D12E32">
      <w:pPr>
        <w:pStyle w:val="Listepuces"/>
        <w:rPr>
          <w:lang w:val="fr-FR"/>
        </w:rPr>
      </w:pPr>
      <w:r w:rsidRPr="0001235A">
        <w:rPr>
          <w:lang w:val="fr-FR"/>
        </w:rPr>
        <w:t xml:space="preserve">En cas d’envoi multiple du même événement pour une même </w:t>
      </w:r>
      <w:proofErr w:type="spellStart"/>
      <w:r w:rsidRPr="0001235A">
        <w:rPr>
          <w:lang w:val="fr-FR"/>
        </w:rPr>
        <w:t>externalref</w:t>
      </w:r>
      <w:proofErr w:type="spellEnd"/>
      <w:r w:rsidRPr="0001235A">
        <w:rPr>
          <w:lang w:val="fr-FR"/>
        </w:rPr>
        <w:t>, seul le premier envoi est traité ; les suivants sont ignorés.</w:t>
      </w:r>
    </w:p>
    <w:p w14:paraId="5C84EBEA" w14:textId="77777777" w:rsidR="00D12E32" w:rsidRDefault="00D12E32" w:rsidP="00D12E32">
      <w:pPr>
        <w:pStyle w:val="Listepuces"/>
        <w:rPr>
          <w:lang w:val="fr-FR"/>
        </w:rPr>
      </w:pPr>
      <w:r w:rsidRPr="0001235A">
        <w:rPr>
          <w:lang w:val="fr-FR"/>
        </w:rPr>
        <w:t>Les dates doivent être transmises au format ISO 8601.</w:t>
      </w:r>
    </w:p>
    <w:p w14:paraId="725B4C8B" w14:textId="77777777" w:rsidR="00D12E32" w:rsidRPr="000F080B" w:rsidRDefault="00D12E32" w:rsidP="00D12E32">
      <w:pPr>
        <w:pStyle w:val="Listepuces"/>
        <w:rPr>
          <w:lang w:val="fr-FR"/>
        </w:rPr>
      </w:pPr>
      <w:r w:rsidRPr="000F080B">
        <w:rPr>
          <w:lang w:val="fr-FR"/>
        </w:rPr>
        <w:t>Toutes les données doivent être encodées en UTF-8</w:t>
      </w:r>
    </w:p>
    <w:p w14:paraId="269CFF4D" w14:textId="60A6FB16" w:rsidR="000F080B" w:rsidRDefault="000F080B" w:rsidP="000F080B">
      <w:pPr>
        <w:pStyle w:val="Titre2"/>
      </w:pPr>
      <w:bookmarkStart w:id="4" w:name="_Toc228356771"/>
      <w:proofErr w:type="spellStart"/>
      <w:r>
        <w:t>Schéma</w:t>
      </w:r>
      <w:proofErr w:type="spellEnd"/>
      <w:r>
        <w:t xml:space="preserve"> des </w:t>
      </w:r>
      <w:proofErr w:type="spellStart"/>
      <w:r>
        <w:t>échanges</w:t>
      </w:r>
      <w:proofErr w:type="spellEnd"/>
      <w:r>
        <w:t xml:space="preserve"> (</w:t>
      </w:r>
      <w:proofErr w:type="spellStart"/>
      <w:r>
        <w:t>Séquence</w:t>
      </w:r>
      <w:proofErr w:type="spellEnd"/>
      <w:r>
        <w:t>)</w:t>
      </w:r>
      <w:bookmarkEnd w:id="4"/>
    </w:p>
    <w:p w14:paraId="6FFAFC05" w14:textId="3D7DAB72" w:rsidR="000F080B" w:rsidRDefault="000F080B" w:rsidP="000F080B">
      <w:r>
        <w:t xml:space="preserve">Le tableau ci-dessous </w:t>
      </w:r>
      <w:proofErr w:type="spellStart"/>
      <w:r>
        <w:t>représente</w:t>
      </w:r>
      <w:proofErr w:type="spellEnd"/>
      <w:r>
        <w:t xml:space="preserve"> la </w:t>
      </w:r>
      <w:proofErr w:type="spellStart"/>
      <w:r>
        <w:t>séquence</w:t>
      </w:r>
      <w:proofErr w:type="spellEnd"/>
      <w:r>
        <w:t xml:space="preserve"> </w:t>
      </w:r>
      <w:proofErr w:type="spellStart"/>
      <w:r>
        <w:t>logique</w:t>
      </w:r>
      <w:proofErr w:type="spellEnd"/>
      <w:r>
        <w:t xml:space="preserve"> des flux entre les deux </w:t>
      </w:r>
      <w:proofErr w:type="spellStart"/>
      <w:r>
        <w:t>serveurs</w:t>
      </w:r>
      <w:proofErr w:type="spellEnd"/>
      <w:r>
        <w:t>.</w:t>
      </w:r>
    </w:p>
    <w:tbl>
      <w:tblPr>
        <w:tblStyle w:val="Grilledutableau"/>
        <w:tblW w:w="91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2364"/>
        <w:gridCol w:w="3402"/>
      </w:tblGrid>
      <w:tr w:rsidR="000F080B" w14:paraId="70163D27" w14:textId="77777777" w:rsidTr="00DC3431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F497A" w:themeFill="accent4" w:themeFillShade="BF"/>
          </w:tcPr>
          <w:p w14:paraId="0AA33DDC" w14:textId="77777777" w:rsidR="000F080B" w:rsidRPr="007229CE" w:rsidRDefault="000F080B" w:rsidP="00E359E6">
            <w:pPr>
              <w:jc w:val="center"/>
              <w:rPr>
                <w:b/>
                <w:color w:val="FFFFFF" w:themeColor="background1"/>
              </w:rPr>
            </w:pPr>
            <w:r w:rsidRPr="007229CE">
              <w:rPr>
                <w:b/>
                <w:color w:val="FFFFFF" w:themeColor="background1"/>
              </w:rPr>
              <w:t>SERVEUR ECALDIMA</w:t>
            </w:r>
          </w:p>
        </w:tc>
        <w:tc>
          <w:tcPr>
            <w:tcW w:w="2364" w:type="dxa"/>
            <w:tcBorders>
              <w:left w:val="single" w:sz="4" w:space="0" w:color="auto"/>
              <w:right w:val="single" w:sz="4" w:space="0" w:color="auto"/>
            </w:tcBorders>
          </w:tcPr>
          <w:p w14:paraId="3388E615" w14:textId="4A1634F6" w:rsidR="000F080B" w:rsidRPr="00DC3431" w:rsidRDefault="007758C5" w:rsidP="007758C5">
            <w:pPr>
              <w:jc w:val="center"/>
              <w:rPr>
                <w:b/>
                <w:bCs/>
                <w:sz w:val="24"/>
                <w:szCs w:val="24"/>
              </w:rPr>
            </w:pPr>
            <w:r w:rsidRPr="00DC3431">
              <w:rPr>
                <w:b/>
                <w:bCs/>
                <w:sz w:val="24"/>
                <w:szCs w:val="24"/>
              </w:rPr>
              <w:t>Direction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</w:tcPr>
          <w:p w14:paraId="25EF8035" w14:textId="77777777" w:rsidR="000F080B" w:rsidRPr="007229CE" w:rsidRDefault="000F080B" w:rsidP="00E359E6">
            <w:pPr>
              <w:jc w:val="center"/>
              <w:rPr>
                <w:b/>
                <w:color w:val="FFFFFF" w:themeColor="background1"/>
              </w:rPr>
            </w:pPr>
            <w:r w:rsidRPr="007229CE">
              <w:rPr>
                <w:b/>
                <w:color w:val="FFFFFF" w:themeColor="background1"/>
              </w:rPr>
              <w:t>SERVEUR INTEGRATOME</w:t>
            </w:r>
          </w:p>
        </w:tc>
      </w:tr>
      <w:tr w:rsidR="007758C5" w14:paraId="21ECC7BD" w14:textId="77777777" w:rsidTr="00DC3431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94BA90" w14:textId="77777777" w:rsidR="00DC3431" w:rsidRDefault="00DC3431" w:rsidP="00E359E6">
            <w:pPr>
              <w:jc w:val="center"/>
            </w:pPr>
          </w:p>
          <w:p w14:paraId="481B696A" w14:textId="012A79F1" w:rsidR="007758C5" w:rsidRPr="00DC3431" w:rsidRDefault="00DC3431" w:rsidP="00E359E6">
            <w:pPr>
              <w:jc w:val="center"/>
              <w:rPr>
                <w:b/>
                <w:bCs/>
              </w:rPr>
            </w:pPr>
            <w:proofErr w:type="spellStart"/>
            <w:r w:rsidRPr="00DC3431">
              <w:rPr>
                <w:b/>
                <w:bCs/>
              </w:rPr>
              <w:t>Création</w:t>
            </w:r>
            <w:proofErr w:type="spellEnd"/>
            <w:r w:rsidRPr="00DC3431">
              <w:rPr>
                <w:b/>
                <w:bCs/>
              </w:rPr>
              <w:t xml:space="preserve"> Dossier</w:t>
            </w:r>
            <w:r w:rsidRPr="00DC3431">
              <w:rPr>
                <w:b/>
                <w:bCs/>
              </w:rPr>
              <w:t xml:space="preserve"> patient</w:t>
            </w:r>
          </w:p>
          <w:p w14:paraId="77812072" w14:textId="1EF7A60A" w:rsidR="00DC3431" w:rsidRPr="007229CE" w:rsidRDefault="00DC3431" w:rsidP="00E359E6">
            <w:pP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236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C6B2EC" w14:textId="413C4318" w:rsidR="007758C5" w:rsidRPr="007758C5" w:rsidRDefault="00DC3431" w:rsidP="007758C5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E4CE910" wp14:editId="65C43FAF">
                      <wp:simplePos x="0" y="0"/>
                      <wp:positionH relativeFrom="column">
                        <wp:posOffset>391906</wp:posOffset>
                      </wp:positionH>
                      <wp:positionV relativeFrom="paragraph">
                        <wp:posOffset>130120</wp:posOffset>
                      </wp:positionV>
                      <wp:extent cx="612250" cy="262393"/>
                      <wp:effectExtent l="0" t="0" r="0" b="4445"/>
                      <wp:wrapNone/>
                      <wp:docPr id="1982486352" name="Zone de text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2250" cy="26239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6099C5" w14:textId="77777777" w:rsidR="00DC3431" w:rsidRPr="00DC3431" w:rsidRDefault="00DC3431" w:rsidP="00DC3431">
                                  <w:pPr>
                                    <w:rPr>
                                      <w:color w:val="FFFFFF" w:themeColor="background1"/>
                                    </w:rPr>
                                  </w:pPr>
                                  <w:r w:rsidRPr="00DC3431">
                                    <w:rPr>
                                      <w:color w:val="FFFFFF" w:themeColor="background1"/>
                                    </w:rPr>
                                    <w:t>Flux 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E4CE91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2" o:spid="_x0000_s1026" type="#_x0000_t202" style="position:absolute;left:0;text-align:left;margin-left:30.85pt;margin-top:10.25pt;width:48.2pt;height:20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" filled="f" stroked="f" strokeweight=".5pt">
                      <v:textbox>
                        <w:txbxContent>
                          <w:p w14:paraId="4B6099C5" w14:textId="77777777" w:rsidR="00DC3431" w:rsidRPr="00DC3431" w:rsidRDefault="00DC3431" w:rsidP="00DC3431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DC3431">
                              <w:rPr>
                                <w:color w:val="FFFFFF" w:themeColor="background1"/>
                              </w:rPr>
                              <w:t>Flux 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53AC923" wp14:editId="630FF203">
                      <wp:simplePos x="0" y="0"/>
                      <wp:positionH relativeFrom="column">
                        <wp:posOffset>264187</wp:posOffset>
                      </wp:positionH>
                      <wp:positionV relativeFrom="paragraph">
                        <wp:posOffset>65323</wp:posOffset>
                      </wp:positionV>
                      <wp:extent cx="914400" cy="349858"/>
                      <wp:effectExtent l="57150" t="38100" r="38100" b="107950"/>
                      <wp:wrapNone/>
                      <wp:docPr id="1028141639" name="Flèche : droit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349858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41659C1C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Flèche : droite 1" o:spid="_x0000_s1026" type="#_x0000_t13" style="position:absolute;margin-left:20.8pt;margin-top:5.15pt;width:1in;height:27.5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" adj="17468" fillcolor="#4f81bd [3204]" strokecolor="#4579b8 [3044]">
                      <v:fill color2="#a7bfde [1620]" rotate="t" angle="180" focus="100%" type="gradient">
                        <o:fill v:ext="view" type="gradientUnscaled"/>
                      </v:fill>
                      <v:shadow on="t" color="black" opacity="22937f" origin=",.5" offset="0,.63889mm"/>
                    </v:shape>
                  </w:pict>
                </mc:Fallback>
              </mc:AlternateConten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655A67" w14:textId="77777777" w:rsidR="00DC3431" w:rsidRDefault="00DC3431" w:rsidP="00E359E6">
            <w:pPr>
              <w:jc w:val="center"/>
            </w:pPr>
          </w:p>
          <w:p w14:paraId="74CAC4CC" w14:textId="589CC604" w:rsidR="007758C5" w:rsidRPr="007229CE" w:rsidRDefault="00DC3431" w:rsidP="00E359E6">
            <w:pPr>
              <w:jc w:val="center"/>
              <w:rPr>
                <w:b/>
                <w:color w:val="FFFFFF" w:themeColor="background1"/>
              </w:rPr>
            </w:pPr>
            <w:r>
              <w:t xml:space="preserve">Retour </w:t>
            </w:r>
            <w:r>
              <w:t>Token</w:t>
            </w:r>
          </w:p>
        </w:tc>
      </w:tr>
      <w:tr w:rsidR="00DC3431" w14:paraId="7E90C979" w14:textId="77777777" w:rsidTr="00DC3431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108F98" w14:textId="77777777" w:rsidR="00DC3431" w:rsidRDefault="00DC3431" w:rsidP="00E359E6">
            <w:pPr>
              <w:jc w:val="center"/>
            </w:pPr>
          </w:p>
          <w:p w14:paraId="0E97165C" w14:textId="77777777" w:rsidR="00DC3431" w:rsidRDefault="00DC3431" w:rsidP="00E359E6">
            <w:pPr>
              <w:jc w:val="center"/>
            </w:pPr>
          </w:p>
          <w:p w14:paraId="4C5CCE8C" w14:textId="5B42B31F" w:rsidR="00DC3431" w:rsidRDefault="00DC3431" w:rsidP="00E359E6">
            <w:pPr>
              <w:jc w:val="center"/>
            </w:pPr>
          </w:p>
        </w:tc>
        <w:tc>
          <w:tcPr>
            <w:tcW w:w="236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6CBFE8" w14:textId="27ABD72B" w:rsidR="00DC3431" w:rsidRPr="007758C5" w:rsidRDefault="00DC3431" w:rsidP="007758C5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411B30E" wp14:editId="3E11C934">
                      <wp:simplePos x="0" y="0"/>
                      <wp:positionH relativeFrom="column">
                        <wp:posOffset>385500</wp:posOffset>
                      </wp:positionH>
                      <wp:positionV relativeFrom="paragraph">
                        <wp:posOffset>141605</wp:posOffset>
                      </wp:positionV>
                      <wp:extent cx="612250" cy="262393"/>
                      <wp:effectExtent l="0" t="0" r="0" b="4445"/>
                      <wp:wrapNone/>
                      <wp:docPr id="847944961" name="Zone de text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2250" cy="26239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A6F47FD" w14:textId="5B94DE13" w:rsidR="00DC3431" w:rsidRPr="00DC3431" w:rsidRDefault="00DC3431" w:rsidP="00DC3431">
                                  <w:pPr>
                                    <w:rPr>
                                      <w:color w:val="FFFFFF" w:themeColor="background1"/>
                                    </w:rPr>
                                  </w:pPr>
                                  <w:r w:rsidRPr="00DC3431">
                                    <w:rPr>
                                      <w:color w:val="FFFFFF" w:themeColor="background1"/>
                                    </w:rPr>
                                    <w:t xml:space="preserve">Flux </w:t>
                                  </w:r>
                                  <w:r>
                                    <w:rPr>
                                      <w:color w:val="FFFFFF" w:themeColor="background1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11B30E" id="_x0000_s1027" type="#_x0000_t202" style="position:absolute;left:0;text-align:left;margin-left:30.35pt;margin-top:11.15pt;width:48.2pt;height:20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" filled="f" stroked="f" strokeweight=".5pt">
                      <v:textbox>
                        <w:txbxContent>
                          <w:p w14:paraId="2A6F47FD" w14:textId="5B94DE13" w:rsidR="00DC3431" w:rsidRPr="00DC3431" w:rsidRDefault="00DC3431" w:rsidP="00DC3431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DC3431">
                              <w:rPr>
                                <w:color w:val="FFFFFF" w:themeColor="background1"/>
                              </w:rPr>
                              <w:t xml:space="preserve">Flux </w:t>
                            </w:r>
                            <w:r>
                              <w:rPr>
                                <w:color w:val="FFFFFF" w:themeColor="background1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7A2CB29" wp14:editId="46219505">
                      <wp:simplePos x="0" y="0"/>
                      <wp:positionH relativeFrom="column">
                        <wp:posOffset>234729</wp:posOffset>
                      </wp:positionH>
                      <wp:positionV relativeFrom="paragraph">
                        <wp:posOffset>83489</wp:posOffset>
                      </wp:positionV>
                      <wp:extent cx="914400" cy="349858"/>
                      <wp:effectExtent l="57150" t="38100" r="76200" b="107950"/>
                      <wp:wrapNone/>
                      <wp:docPr id="572083344" name="Flèche : droit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914400" cy="349858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989A8C5" id="Flèche : droite 1" o:spid="_x0000_s1026" type="#_x0000_t13" style="position:absolute;margin-left:18.5pt;margin-top:6.55pt;width:1in;height:27.55pt;rotation:18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" adj="17468" fillcolor="#4f81bd [3204]" strokecolor="#4579b8 [3044]">
                      <v:fill color2="#a7bfde [1620]" rotate="t" angle="180" focus="100%" type="gradient">
                        <o:fill v:ext="view" type="gradientUnscaled"/>
                      </v:fill>
                      <v:shadow on="t" color="black" opacity="22937f" origin=",.5" offset="0,.63889mm"/>
                    </v:shape>
                  </w:pict>
                </mc:Fallback>
              </mc:AlternateConten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E941D2" w14:textId="77777777" w:rsidR="00DC3431" w:rsidRPr="00DC3431" w:rsidRDefault="00DC3431" w:rsidP="00E359E6">
            <w:pPr>
              <w:jc w:val="center"/>
              <w:rPr>
                <w:b/>
                <w:bCs/>
              </w:rPr>
            </w:pPr>
          </w:p>
          <w:p w14:paraId="2A0AE21A" w14:textId="7849D7D0" w:rsidR="00DC3431" w:rsidRPr="00DC3431" w:rsidRDefault="00DC3431" w:rsidP="00E359E6">
            <w:pPr>
              <w:jc w:val="center"/>
              <w:rPr>
                <w:b/>
                <w:bCs/>
              </w:rPr>
            </w:pPr>
            <w:r w:rsidRPr="00DC3431">
              <w:rPr>
                <w:b/>
                <w:bCs/>
              </w:rPr>
              <w:t xml:space="preserve">Notification </w:t>
            </w:r>
            <w:proofErr w:type="spellStart"/>
            <w:r w:rsidRPr="00DC3431">
              <w:rPr>
                <w:b/>
                <w:bCs/>
              </w:rPr>
              <w:t>Biologie</w:t>
            </w:r>
            <w:proofErr w:type="spellEnd"/>
          </w:p>
        </w:tc>
      </w:tr>
      <w:tr w:rsidR="00DC3431" w14:paraId="2EDA439A" w14:textId="77777777" w:rsidTr="00DC3431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8153C8" w14:textId="0DE94B4B" w:rsidR="00DC3431" w:rsidRDefault="00DC3431" w:rsidP="00E359E6">
            <w:pPr>
              <w:jc w:val="center"/>
            </w:pPr>
          </w:p>
          <w:p w14:paraId="29F5DFF0" w14:textId="04A3F3F4" w:rsidR="00DC3431" w:rsidRDefault="00DC3431" w:rsidP="00E359E6">
            <w:pPr>
              <w:jc w:val="center"/>
            </w:pPr>
          </w:p>
          <w:p w14:paraId="5956F954" w14:textId="206BA2E2" w:rsidR="00DC3431" w:rsidRDefault="00DC3431" w:rsidP="00E359E6">
            <w:pPr>
              <w:jc w:val="center"/>
            </w:pPr>
          </w:p>
        </w:tc>
        <w:tc>
          <w:tcPr>
            <w:tcW w:w="236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A7E487" w14:textId="7495D4C0" w:rsidR="00DC3431" w:rsidRPr="007758C5" w:rsidRDefault="00DC3431" w:rsidP="007758C5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9F97342" wp14:editId="0EEECB45">
                      <wp:simplePos x="0" y="0"/>
                      <wp:positionH relativeFrom="column">
                        <wp:posOffset>352149</wp:posOffset>
                      </wp:positionH>
                      <wp:positionV relativeFrom="paragraph">
                        <wp:posOffset>113085</wp:posOffset>
                      </wp:positionV>
                      <wp:extent cx="612250" cy="262393"/>
                      <wp:effectExtent l="0" t="0" r="0" b="4445"/>
                      <wp:wrapNone/>
                      <wp:docPr id="1310092208" name="Zone de text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2250" cy="26239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FE6C4EA" w14:textId="7C98CBDB" w:rsidR="00DC3431" w:rsidRPr="00DC3431" w:rsidRDefault="00DC3431" w:rsidP="00DC3431">
                                  <w:pPr>
                                    <w:rPr>
                                      <w:color w:val="FFFFFF" w:themeColor="background1"/>
                                    </w:rPr>
                                  </w:pPr>
                                  <w:r w:rsidRPr="00DC3431">
                                    <w:rPr>
                                      <w:color w:val="FFFFFF" w:themeColor="background1"/>
                                    </w:rPr>
                                    <w:t xml:space="preserve">Flux </w:t>
                                  </w:r>
                                  <w:r>
                                    <w:rPr>
                                      <w:color w:val="FFFFFF" w:themeColor="background1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F97342" id="_x0000_s1028" type="#_x0000_t202" style="position:absolute;left:0;text-align:left;margin-left:27.75pt;margin-top:8.9pt;width:48.2pt;height:20.6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" filled="f" stroked="f" strokeweight=".5pt">
                      <v:textbox>
                        <w:txbxContent>
                          <w:p w14:paraId="3FE6C4EA" w14:textId="7C98CBDB" w:rsidR="00DC3431" w:rsidRPr="00DC3431" w:rsidRDefault="00DC3431" w:rsidP="00DC3431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DC3431">
                              <w:rPr>
                                <w:color w:val="FFFFFF" w:themeColor="background1"/>
                              </w:rPr>
                              <w:t xml:space="preserve">Flux </w:t>
                            </w:r>
                            <w:r>
                              <w:rPr>
                                <w:color w:val="FFFFFF" w:themeColor="background1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29149AA" wp14:editId="701CC089">
                      <wp:simplePos x="0" y="0"/>
                      <wp:positionH relativeFrom="column">
                        <wp:posOffset>224928</wp:posOffset>
                      </wp:positionH>
                      <wp:positionV relativeFrom="paragraph">
                        <wp:posOffset>63721</wp:posOffset>
                      </wp:positionV>
                      <wp:extent cx="914400" cy="349858"/>
                      <wp:effectExtent l="57150" t="38100" r="76200" b="107950"/>
                      <wp:wrapNone/>
                      <wp:docPr id="296812566" name="Flèche : droit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914400" cy="349858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34CF643" id="Flèche : droite 1" o:spid="_x0000_s1026" type="#_x0000_t13" style="position:absolute;margin-left:17.7pt;margin-top:5pt;width:1in;height:27.55pt;rotation:180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" adj="17468" fillcolor="#4f81bd [3204]" strokecolor="#4579b8 [3044]">
                      <v:fill color2="#a7bfde [1620]" rotate="t" angle="180" focus="100%" type="gradient">
                        <o:fill v:ext="view" type="gradientUnscaled"/>
                      </v:fill>
                      <v:shadow on="t" color="black" opacity="22937f" origin=",.5" offset="0,.63889mm"/>
                    </v:shape>
                  </w:pict>
                </mc:Fallback>
              </mc:AlternateConten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5363DB" w14:textId="77777777" w:rsidR="00DC3431" w:rsidRPr="00DC3431" w:rsidRDefault="00DC3431" w:rsidP="00E359E6">
            <w:pPr>
              <w:jc w:val="center"/>
              <w:rPr>
                <w:b/>
                <w:bCs/>
              </w:rPr>
            </w:pPr>
          </w:p>
          <w:p w14:paraId="5BF70727" w14:textId="668EE77C" w:rsidR="00DC3431" w:rsidRPr="00DC3431" w:rsidRDefault="00DC3431" w:rsidP="00E359E6">
            <w:pPr>
              <w:jc w:val="center"/>
              <w:rPr>
                <w:b/>
                <w:bCs/>
              </w:rPr>
            </w:pPr>
            <w:r w:rsidRPr="00DC3431">
              <w:rPr>
                <w:b/>
                <w:bCs/>
              </w:rPr>
              <w:t>Notification Questionnaire</w:t>
            </w:r>
          </w:p>
        </w:tc>
      </w:tr>
    </w:tbl>
    <w:p w14:paraId="264E21BE" w14:textId="65B6899A" w:rsidR="005378EF" w:rsidRDefault="005378EF" w:rsidP="005378EF"/>
    <w:p w14:paraId="4EE6F646" w14:textId="13065274" w:rsidR="00DC3431" w:rsidRDefault="00DC3431">
      <w:pP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val="fr-CH"/>
        </w:rPr>
      </w:pPr>
      <w:bookmarkStart w:id="5" w:name="_Toc228356772"/>
      <w:r>
        <w:br w:type="page"/>
      </w:r>
    </w:p>
    <w:p w14:paraId="69ABF690" w14:textId="0EF7AE50" w:rsidR="000F080B" w:rsidRDefault="000F080B" w:rsidP="005378EF">
      <w:pPr>
        <w:pStyle w:val="Titre2"/>
      </w:pPr>
      <w:r>
        <w:lastRenderedPageBreak/>
        <w:t xml:space="preserve">Détails techniques des </w:t>
      </w:r>
      <w:proofErr w:type="spellStart"/>
      <w:r>
        <w:t>WebServices</w:t>
      </w:r>
      <w:bookmarkEnd w:id="5"/>
      <w:proofErr w:type="spellEnd"/>
    </w:p>
    <w:p w14:paraId="051EE196" w14:textId="77777777" w:rsidR="000F080B" w:rsidRDefault="000F080B" w:rsidP="000F080B">
      <w:pPr>
        <w:pStyle w:val="Titre3"/>
      </w:pPr>
      <w:bookmarkStart w:id="6" w:name="_Toc228356773"/>
      <w:r>
        <w:t xml:space="preserve">Flux </w:t>
      </w:r>
      <w:proofErr w:type="gramStart"/>
      <w:r>
        <w:t>A :</w:t>
      </w:r>
      <w:proofErr w:type="gramEnd"/>
      <w:r>
        <w:t xml:space="preserve"> </w:t>
      </w:r>
      <w:proofErr w:type="spellStart"/>
      <w:r>
        <w:t>Ecaldima</w:t>
      </w:r>
      <w:proofErr w:type="spellEnd"/>
      <w:r>
        <w:t xml:space="preserve"> </w:t>
      </w:r>
      <w:proofErr w:type="spellStart"/>
      <w:r>
        <w:t>vers</w:t>
      </w:r>
      <w:proofErr w:type="spellEnd"/>
      <w:r>
        <w:t xml:space="preserve"> </w:t>
      </w:r>
      <w:proofErr w:type="spellStart"/>
      <w:r>
        <w:t>Integratome</w:t>
      </w:r>
      <w:proofErr w:type="spellEnd"/>
      <w:r>
        <w:t xml:space="preserve"> – </w:t>
      </w:r>
      <w:proofErr w:type="spellStart"/>
      <w:r>
        <w:t>Création</w:t>
      </w:r>
      <w:proofErr w:type="spellEnd"/>
      <w:r>
        <w:t xml:space="preserve"> dossier</w:t>
      </w:r>
      <w:bookmarkEnd w:id="6"/>
    </w:p>
    <w:p w14:paraId="0CC0E0DB" w14:textId="77777777" w:rsidR="000F080B" w:rsidRDefault="000F080B" w:rsidP="000F080B">
      <w:proofErr w:type="gramStart"/>
      <w:r>
        <w:t>Sens :</w:t>
      </w:r>
      <w:proofErr w:type="gramEnd"/>
      <w:r>
        <w:t xml:space="preserve"> </w:t>
      </w:r>
      <w:proofErr w:type="spellStart"/>
      <w:r>
        <w:t>Sortant</w:t>
      </w:r>
      <w:proofErr w:type="spellEnd"/>
      <w:r>
        <w:t xml:space="preserve"> </w:t>
      </w:r>
      <w:proofErr w:type="spellStart"/>
      <w:r>
        <w:t>Ecaldima</w:t>
      </w:r>
      <w:proofErr w:type="spellEnd"/>
      <w:r>
        <w:t xml:space="preserve"> | </w:t>
      </w:r>
      <w:proofErr w:type="spellStart"/>
      <w:proofErr w:type="gramStart"/>
      <w:r>
        <w:t>Méthode</w:t>
      </w:r>
      <w:proofErr w:type="spellEnd"/>
      <w:r>
        <w:t xml:space="preserve"> :</w:t>
      </w:r>
      <w:proofErr w:type="gramEnd"/>
      <w:r>
        <w:t xml:space="preserve"> POST (WS </w:t>
      </w:r>
      <w:proofErr w:type="spellStart"/>
      <w:r>
        <w:t>Integratome</w:t>
      </w:r>
      <w:proofErr w:type="spellEnd"/>
      <w:r>
        <w:t>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313"/>
        <w:gridCol w:w="4317"/>
      </w:tblGrid>
      <w:tr w:rsidR="000F080B" w14:paraId="5AAD4712" w14:textId="77777777" w:rsidTr="00E359E6">
        <w:tc>
          <w:tcPr>
            <w:tcW w:w="4320" w:type="dxa"/>
          </w:tcPr>
          <w:p w14:paraId="5E7EEF39" w14:textId="77777777" w:rsidR="000F080B" w:rsidRDefault="000F080B" w:rsidP="00E359E6">
            <w:r>
              <w:t>Payload JSON</w:t>
            </w:r>
          </w:p>
        </w:tc>
        <w:tc>
          <w:tcPr>
            <w:tcW w:w="4320" w:type="dxa"/>
          </w:tcPr>
          <w:p w14:paraId="46AC4A5A" w14:textId="77777777" w:rsidR="000F080B" w:rsidRDefault="000F080B" w:rsidP="00E359E6">
            <w:r>
              <w:t>'person' =&gt; [</w:t>
            </w:r>
            <w:r>
              <w:br/>
              <w:t xml:space="preserve">  '</w:t>
            </w:r>
            <w:proofErr w:type="spellStart"/>
            <w:r>
              <w:t>external_ref</w:t>
            </w:r>
            <w:proofErr w:type="spellEnd"/>
            <w:r>
              <w:t>' =&gt; 'X174566+',</w:t>
            </w:r>
            <w:r>
              <w:br/>
              <w:t xml:space="preserve">  '</w:t>
            </w:r>
            <w:proofErr w:type="spellStart"/>
            <w:r>
              <w:t>first_name</w:t>
            </w:r>
            <w:proofErr w:type="spellEnd"/>
            <w:r>
              <w:t>' =&gt; 'Serge',</w:t>
            </w:r>
            <w:r>
              <w:br/>
              <w:t xml:space="preserve">  '</w:t>
            </w:r>
            <w:proofErr w:type="spellStart"/>
            <w:r>
              <w:t>last_name</w:t>
            </w:r>
            <w:proofErr w:type="spellEnd"/>
            <w:r>
              <w:t>' =&gt; '</w:t>
            </w:r>
            <w:proofErr w:type="spellStart"/>
            <w:r>
              <w:t>Pergaulin</w:t>
            </w:r>
            <w:proofErr w:type="spellEnd"/>
            <w:r>
              <w:t>',</w:t>
            </w:r>
            <w:r>
              <w:br/>
              <w:t xml:space="preserve">  'gender' =&gt; 'M',</w:t>
            </w:r>
            <w:r>
              <w:br/>
              <w:t xml:space="preserve">  '</w:t>
            </w:r>
            <w:proofErr w:type="spellStart"/>
            <w:r>
              <w:t>birth_datetime</w:t>
            </w:r>
            <w:proofErr w:type="spellEnd"/>
            <w:r>
              <w:t>' =&gt; '1930-04-26',</w:t>
            </w:r>
            <w:r>
              <w:br/>
              <w:t xml:space="preserve">  'i18n' =&gt; '</w:t>
            </w:r>
            <w:proofErr w:type="spellStart"/>
            <w:r>
              <w:t>fr_FR</w:t>
            </w:r>
            <w:proofErr w:type="spellEnd"/>
            <w:r>
              <w:t>',</w:t>
            </w:r>
            <w:r>
              <w:br/>
              <w:t xml:space="preserve">  'email' =&gt; 'serge.pergaulin@gmail.com',</w:t>
            </w:r>
            <w:r>
              <w:br/>
              <w:t xml:space="preserve">  '</w:t>
            </w:r>
            <w:proofErr w:type="spellStart"/>
            <w:r>
              <w:t>mobile_phone</w:t>
            </w:r>
            <w:proofErr w:type="spellEnd"/>
            <w:r>
              <w:t>' =&gt; '0678657865'</w:t>
            </w:r>
            <w:r>
              <w:br/>
              <w:t>]</w:t>
            </w:r>
          </w:p>
        </w:tc>
      </w:tr>
    </w:tbl>
    <w:p w14:paraId="448C585A" w14:textId="77777777" w:rsidR="000F080B" w:rsidRDefault="000F080B" w:rsidP="000F080B">
      <w:r>
        <w:t xml:space="preserve">Retour </w:t>
      </w:r>
      <w:proofErr w:type="spellStart"/>
      <w:proofErr w:type="gramStart"/>
      <w:r>
        <w:t>Integratome</w:t>
      </w:r>
      <w:proofErr w:type="spellEnd"/>
      <w:r>
        <w:t xml:space="preserve"> :</w:t>
      </w:r>
      <w:proofErr w:type="gramEnd"/>
      <w:r>
        <w:t xml:space="preserve"> Un </w:t>
      </w:r>
      <w:proofErr w:type="spellStart"/>
      <w:r>
        <w:t>objet</w:t>
      </w:r>
      <w:proofErr w:type="spellEnd"/>
      <w:r>
        <w:t xml:space="preserve"> </w:t>
      </w:r>
      <w:proofErr w:type="spellStart"/>
      <w:r>
        <w:t>contenant</w:t>
      </w:r>
      <w:proofErr w:type="spellEnd"/>
      <w:r>
        <w:t xml:space="preserve"> le 'token' unique.</w:t>
      </w:r>
    </w:p>
    <w:p w14:paraId="4FC27C0F" w14:textId="77777777" w:rsidR="00D12E32" w:rsidRDefault="00D12E32" w:rsidP="000F080B">
      <w:pPr>
        <w:pStyle w:val="Titre3"/>
      </w:pPr>
    </w:p>
    <w:p w14:paraId="5726543A" w14:textId="22DB3D11" w:rsidR="000F080B" w:rsidRDefault="000F080B" w:rsidP="000F080B">
      <w:pPr>
        <w:pStyle w:val="Titre3"/>
      </w:pPr>
      <w:bookmarkStart w:id="7" w:name="_Toc228356774"/>
      <w:r>
        <w:t xml:space="preserve">Flux </w:t>
      </w:r>
      <w:proofErr w:type="gramStart"/>
      <w:r>
        <w:t>B :</w:t>
      </w:r>
      <w:proofErr w:type="gramEnd"/>
      <w:r>
        <w:t xml:space="preserve"> </w:t>
      </w:r>
      <w:proofErr w:type="spellStart"/>
      <w:r>
        <w:t>Integratome</w:t>
      </w:r>
      <w:proofErr w:type="spellEnd"/>
      <w:r>
        <w:t xml:space="preserve"> </w:t>
      </w:r>
      <w:proofErr w:type="spellStart"/>
      <w:r>
        <w:t>vers</w:t>
      </w:r>
      <w:proofErr w:type="spellEnd"/>
      <w:r>
        <w:t xml:space="preserve"> </w:t>
      </w:r>
      <w:proofErr w:type="spellStart"/>
      <w:r>
        <w:t>Ecaldima</w:t>
      </w:r>
      <w:proofErr w:type="spellEnd"/>
      <w:r>
        <w:t xml:space="preserve"> – Notification </w:t>
      </w:r>
      <w:proofErr w:type="spellStart"/>
      <w:r>
        <w:t>Biologie</w:t>
      </w:r>
      <w:bookmarkEnd w:id="7"/>
      <w:proofErr w:type="spellEnd"/>
    </w:p>
    <w:p w14:paraId="747A259C" w14:textId="77777777" w:rsidR="000F080B" w:rsidRDefault="000F080B" w:rsidP="000F080B">
      <w:proofErr w:type="gramStart"/>
      <w:r>
        <w:t>Sens :</w:t>
      </w:r>
      <w:proofErr w:type="gramEnd"/>
      <w:r>
        <w:t xml:space="preserve"> </w:t>
      </w:r>
      <w:proofErr w:type="spellStart"/>
      <w:r>
        <w:t>Sortant</w:t>
      </w:r>
      <w:proofErr w:type="spellEnd"/>
      <w:r>
        <w:t xml:space="preserve"> </w:t>
      </w:r>
      <w:proofErr w:type="spellStart"/>
      <w:r>
        <w:t>Integratome</w:t>
      </w:r>
      <w:proofErr w:type="spellEnd"/>
      <w:r>
        <w:t xml:space="preserve"> | </w:t>
      </w:r>
      <w:proofErr w:type="spellStart"/>
      <w:proofErr w:type="gramStart"/>
      <w:r>
        <w:t>Méthode</w:t>
      </w:r>
      <w:proofErr w:type="spellEnd"/>
      <w:r>
        <w:t xml:space="preserve"> :</w:t>
      </w:r>
      <w:proofErr w:type="gramEnd"/>
      <w:r>
        <w:t xml:space="preserve"> POST (WS </w:t>
      </w:r>
      <w:proofErr w:type="spellStart"/>
      <w:r>
        <w:t>Ecaldima</w:t>
      </w:r>
      <w:proofErr w:type="spellEnd"/>
      <w:r>
        <w:t>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314"/>
        <w:gridCol w:w="4316"/>
      </w:tblGrid>
      <w:tr w:rsidR="000F080B" w14:paraId="15965B76" w14:textId="77777777" w:rsidTr="00E359E6">
        <w:tc>
          <w:tcPr>
            <w:tcW w:w="4320" w:type="dxa"/>
          </w:tcPr>
          <w:p w14:paraId="0D01CB22" w14:textId="77777777" w:rsidR="000F080B" w:rsidRDefault="000F080B" w:rsidP="00E359E6">
            <w:r>
              <w:t>Payload JSON</w:t>
            </w:r>
          </w:p>
        </w:tc>
        <w:tc>
          <w:tcPr>
            <w:tcW w:w="4320" w:type="dxa"/>
          </w:tcPr>
          <w:p w14:paraId="18DA9BC4" w14:textId="77777777" w:rsidR="000F080B" w:rsidRDefault="000F080B" w:rsidP="00E359E6">
            <w:r>
              <w:t>{</w:t>
            </w:r>
            <w:r>
              <w:br/>
              <w:t xml:space="preserve">  "</w:t>
            </w:r>
            <w:proofErr w:type="spellStart"/>
            <w:r>
              <w:t>externalref</w:t>
            </w:r>
            <w:proofErr w:type="spellEnd"/>
            <w:r>
              <w:t>": "HRZNDEV1234",</w:t>
            </w:r>
            <w:r>
              <w:br/>
              <w:t xml:space="preserve">  "</w:t>
            </w:r>
            <w:proofErr w:type="spellStart"/>
            <w:r>
              <w:t>status_import</w:t>
            </w:r>
            <w:proofErr w:type="spellEnd"/>
            <w:r>
              <w:t>": "ERROR",</w:t>
            </w:r>
            <w:r>
              <w:br/>
              <w:t xml:space="preserve">  "</w:t>
            </w:r>
            <w:proofErr w:type="spellStart"/>
            <w:r>
              <w:t>status_treatment</w:t>
            </w:r>
            <w:proofErr w:type="spellEnd"/>
            <w:r>
              <w:t>": "FAILED",</w:t>
            </w:r>
            <w:r>
              <w:br/>
              <w:t xml:space="preserve">  "message": "Auto-generated test message HRZNDEV1234"</w:t>
            </w:r>
            <w:r>
              <w:br/>
              <w:t>}</w:t>
            </w:r>
          </w:p>
        </w:tc>
      </w:tr>
    </w:tbl>
    <w:p w14:paraId="659224AD" w14:textId="77777777" w:rsidR="00D12E32" w:rsidRDefault="00D12E32" w:rsidP="000F080B">
      <w:pPr>
        <w:pStyle w:val="Titre3"/>
      </w:pPr>
    </w:p>
    <w:p w14:paraId="443F8C9E" w14:textId="731E1ED7" w:rsidR="000F080B" w:rsidRDefault="000F080B" w:rsidP="000F080B">
      <w:pPr>
        <w:pStyle w:val="Titre3"/>
      </w:pPr>
      <w:bookmarkStart w:id="8" w:name="_Toc228356775"/>
      <w:r>
        <w:t xml:space="preserve">Flux </w:t>
      </w:r>
      <w:proofErr w:type="gramStart"/>
      <w:r>
        <w:t>C :</w:t>
      </w:r>
      <w:proofErr w:type="gramEnd"/>
      <w:r>
        <w:t xml:space="preserve"> </w:t>
      </w:r>
      <w:proofErr w:type="spellStart"/>
      <w:r>
        <w:t>Integratome</w:t>
      </w:r>
      <w:proofErr w:type="spellEnd"/>
      <w:r>
        <w:t xml:space="preserve"> </w:t>
      </w:r>
      <w:proofErr w:type="spellStart"/>
      <w:r>
        <w:t>vers</w:t>
      </w:r>
      <w:proofErr w:type="spellEnd"/>
      <w:r>
        <w:t xml:space="preserve"> </w:t>
      </w:r>
      <w:proofErr w:type="spellStart"/>
      <w:r>
        <w:t>Ecaldima</w:t>
      </w:r>
      <w:proofErr w:type="spellEnd"/>
      <w:r>
        <w:t xml:space="preserve"> – Notification Questionnaire</w:t>
      </w:r>
      <w:bookmarkEnd w:id="8"/>
    </w:p>
    <w:p w14:paraId="55025F91" w14:textId="77777777" w:rsidR="000F080B" w:rsidRDefault="000F080B" w:rsidP="000F080B">
      <w:proofErr w:type="gramStart"/>
      <w:r>
        <w:t>Sens :</w:t>
      </w:r>
      <w:proofErr w:type="gramEnd"/>
      <w:r>
        <w:t xml:space="preserve"> </w:t>
      </w:r>
      <w:proofErr w:type="spellStart"/>
      <w:r>
        <w:t>Sortant</w:t>
      </w:r>
      <w:proofErr w:type="spellEnd"/>
      <w:r>
        <w:t xml:space="preserve"> </w:t>
      </w:r>
      <w:proofErr w:type="spellStart"/>
      <w:r>
        <w:t>Integratome</w:t>
      </w:r>
      <w:proofErr w:type="spellEnd"/>
      <w:r>
        <w:t xml:space="preserve"> | </w:t>
      </w:r>
      <w:proofErr w:type="spellStart"/>
      <w:proofErr w:type="gramStart"/>
      <w:r>
        <w:t>Méthode</w:t>
      </w:r>
      <w:proofErr w:type="spellEnd"/>
      <w:r>
        <w:t xml:space="preserve"> :</w:t>
      </w:r>
      <w:proofErr w:type="gramEnd"/>
      <w:r>
        <w:t xml:space="preserve"> POST (WS </w:t>
      </w:r>
      <w:proofErr w:type="spellStart"/>
      <w:r>
        <w:t>Ecaldima</w:t>
      </w:r>
      <w:proofErr w:type="spellEnd"/>
      <w:r>
        <w:t>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314"/>
        <w:gridCol w:w="4316"/>
      </w:tblGrid>
      <w:tr w:rsidR="000F080B" w14:paraId="626C79DB" w14:textId="77777777" w:rsidTr="00E359E6">
        <w:tc>
          <w:tcPr>
            <w:tcW w:w="4320" w:type="dxa"/>
          </w:tcPr>
          <w:p w14:paraId="5719132B" w14:textId="77777777" w:rsidR="000F080B" w:rsidRDefault="000F080B" w:rsidP="00E359E6">
            <w:r>
              <w:t>Payload JSON</w:t>
            </w:r>
          </w:p>
        </w:tc>
        <w:tc>
          <w:tcPr>
            <w:tcW w:w="4320" w:type="dxa"/>
          </w:tcPr>
          <w:p w14:paraId="78013C1F" w14:textId="77777777" w:rsidR="000F080B" w:rsidRDefault="000F080B" w:rsidP="00E359E6">
            <w:r>
              <w:t>{</w:t>
            </w:r>
            <w:r>
              <w:br/>
              <w:t xml:space="preserve">  "</w:t>
            </w:r>
            <w:proofErr w:type="spellStart"/>
            <w:r>
              <w:t>externalref</w:t>
            </w:r>
            <w:proofErr w:type="spellEnd"/>
            <w:r>
              <w:t>": "HRZNDEV1234",</w:t>
            </w:r>
            <w:r>
              <w:br/>
              <w:t xml:space="preserve">  "</w:t>
            </w:r>
            <w:proofErr w:type="spellStart"/>
            <w:r>
              <w:t>status_import</w:t>
            </w:r>
            <w:proofErr w:type="spellEnd"/>
            <w:r>
              <w:t>": "SUCCESS",</w:t>
            </w:r>
            <w:r>
              <w:br/>
              <w:t xml:space="preserve">  "</w:t>
            </w:r>
            <w:proofErr w:type="spellStart"/>
            <w:r>
              <w:t>status_treatment</w:t>
            </w:r>
            <w:proofErr w:type="spellEnd"/>
            <w:r>
              <w:t>": "SUCCESS",</w:t>
            </w:r>
            <w:r>
              <w:br/>
              <w:t xml:space="preserve">  "message": "Auto-generated test message HRZNDEV1234"</w:t>
            </w:r>
            <w:r>
              <w:br/>
              <w:t>}</w:t>
            </w:r>
          </w:p>
        </w:tc>
      </w:tr>
    </w:tbl>
    <w:p w14:paraId="768BA57D" w14:textId="77777777" w:rsidR="000F080B" w:rsidRDefault="000F080B" w:rsidP="000F080B"/>
    <w:p w14:paraId="6ECCC1A2" w14:textId="6658B1EE" w:rsidR="000F080B" w:rsidRDefault="000F080B">
      <w:pPr>
        <w:rPr>
          <w:lang w:val="fr-CH"/>
        </w:rPr>
      </w:pPr>
    </w:p>
    <w:p w14:paraId="24B56941" w14:textId="2BBE3ACF" w:rsidR="00D12E32" w:rsidRDefault="00D12E32">
      <w:pPr>
        <w:rPr>
          <w:lang w:val="fr-CH"/>
        </w:rPr>
      </w:pPr>
      <w:r>
        <w:rPr>
          <w:lang w:val="fr-CH"/>
        </w:rPr>
        <w:br w:type="page"/>
      </w:r>
    </w:p>
    <w:p w14:paraId="3BE2D6E4" w14:textId="77777777" w:rsidR="000F080B" w:rsidRDefault="000F080B">
      <w:pPr>
        <w:rPr>
          <w:lang w:val="fr-CH"/>
        </w:rPr>
      </w:pPr>
    </w:p>
    <w:p w14:paraId="243B4EC6" w14:textId="0DB9C24F" w:rsidR="00A5479A" w:rsidRPr="00CF2895" w:rsidRDefault="00A5479A" w:rsidP="00CF2895">
      <w:pPr>
        <w:pStyle w:val="Titre1"/>
      </w:pPr>
      <w:bookmarkStart w:id="9" w:name="_Toc228356776"/>
      <w:proofErr w:type="spellStart"/>
      <w:r w:rsidRPr="00CF2895">
        <w:t>Authentification</w:t>
      </w:r>
      <w:bookmarkEnd w:id="9"/>
      <w:proofErr w:type="spellEnd"/>
      <w:r w:rsidRPr="00CF2895">
        <w:t xml:space="preserve"> </w:t>
      </w:r>
    </w:p>
    <w:p w14:paraId="693F9308" w14:textId="77777777" w:rsidR="00A5479A" w:rsidRPr="00CF2895" w:rsidRDefault="00A5479A" w:rsidP="00CF2895">
      <w:pPr>
        <w:pStyle w:val="Titre2"/>
      </w:pPr>
      <w:bookmarkStart w:id="10" w:name="_Toc228356777"/>
      <w:r w:rsidRPr="00CF2895">
        <w:t>Environnements</w:t>
      </w:r>
      <w:bookmarkEnd w:id="10"/>
    </w:p>
    <w:tbl>
      <w:tblPr>
        <w:tblW w:w="86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17"/>
        <w:gridCol w:w="6520"/>
      </w:tblGrid>
      <w:tr w:rsidR="00A5479A" w:rsidRPr="00A5479A" w14:paraId="08BB0634" w14:textId="77777777" w:rsidTr="00A5479A">
        <w:trPr>
          <w:trHeight w:val="615"/>
        </w:trPr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CE1" w:themeFill="background2"/>
            <w:hideMark/>
          </w:tcPr>
          <w:p w14:paraId="5C82DBC8" w14:textId="7C8020D6" w:rsidR="00A5479A" w:rsidRPr="00A5479A" w:rsidRDefault="00A5479A" w:rsidP="00A5479A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1F1F1F"/>
                <w:lang w:val="fr-FR" w:eastAsia="fr-FR"/>
              </w:rPr>
            </w:pPr>
            <w:r w:rsidRPr="00A5479A">
              <w:rPr>
                <w:b/>
                <w:bCs/>
              </w:rPr>
              <w:t>Environnement</w:t>
            </w:r>
          </w:p>
        </w:tc>
        <w:tc>
          <w:tcPr>
            <w:tcW w:w="65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EECE1" w:themeFill="background2"/>
            <w:hideMark/>
          </w:tcPr>
          <w:p w14:paraId="23366B76" w14:textId="6551EB96" w:rsidR="00A5479A" w:rsidRPr="00A5479A" w:rsidRDefault="00A5479A" w:rsidP="00A5479A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1F1F1F"/>
                <w:lang w:val="fr-FR" w:eastAsia="fr-FR"/>
              </w:rPr>
            </w:pPr>
            <w:r w:rsidRPr="00A5479A">
              <w:rPr>
                <w:b/>
                <w:bCs/>
              </w:rPr>
              <w:t>Base URL</w:t>
            </w:r>
          </w:p>
        </w:tc>
      </w:tr>
      <w:tr w:rsidR="00A5479A" w:rsidRPr="00BB2D84" w14:paraId="0CB16CAB" w14:textId="77777777" w:rsidTr="00A5479A">
        <w:trPr>
          <w:trHeight w:val="315"/>
        </w:trPr>
        <w:tc>
          <w:tcPr>
            <w:tcW w:w="21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CE1" w:themeFill="background2"/>
            <w:hideMark/>
          </w:tcPr>
          <w:p w14:paraId="1EB53299" w14:textId="728AE34A" w:rsidR="00A5479A" w:rsidRPr="00A5479A" w:rsidRDefault="00A5479A" w:rsidP="00A5479A">
            <w:pPr>
              <w:spacing w:after="0" w:line="240" w:lineRule="auto"/>
              <w:ind w:firstLineChars="100" w:firstLine="221"/>
              <w:rPr>
                <w:rFonts w:ascii="Google Sans Text" w:eastAsia="Times New Roman" w:hAnsi="Google Sans Text" w:cs="Calibri"/>
                <w:b/>
                <w:bCs/>
                <w:color w:val="444746"/>
                <w:sz w:val="20"/>
                <w:szCs w:val="20"/>
                <w:lang w:val="fr-FR" w:eastAsia="fr-FR"/>
              </w:rPr>
            </w:pPr>
            <w:r w:rsidRPr="00A5479A">
              <w:rPr>
                <w:b/>
                <w:bCs/>
              </w:rPr>
              <w:t>Développement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862E356" w14:textId="46DF08ED" w:rsidR="00A5479A" w:rsidRPr="00BB2D84" w:rsidRDefault="00A5479A" w:rsidP="00A5479A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1F1F1F"/>
                <w:lang w:val="fr-FR" w:eastAsia="fr-FR"/>
              </w:rPr>
            </w:pPr>
            <w:r w:rsidRPr="00A5479A">
              <w:t>https://auth</w:t>
            </w:r>
            <w:r>
              <w:t>Dev</w:t>
            </w:r>
            <w:r w:rsidRPr="00A5479A">
              <w:t>.integratome.fr</w:t>
            </w:r>
          </w:p>
        </w:tc>
      </w:tr>
      <w:tr w:rsidR="00A5479A" w:rsidRPr="00BB2D84" w14:paraId="36B13A43" w14:textId="77777777" w:rsidTr="00A5479A">
        <w:trPr>
          <w:trHeight w:val="315"/>
        </w:trPr>
        <w:tc>
          <w:tcPr>
            <w:tcW w:w="21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CE1" w:themeFill="background2"/>
            <w:hideMark/>
          </w:tcPr>
          <w:p w14:paraId="0DA2925F" w14:textId="5A4B45D8" w:rsidR="00A5479A" w:rsidRPr="00A5479A" w:rsidRDefault="00A5479A" w:rsidP="00A5479A">
            <w:pPr>
              <w:spacing w:after="0" w:line="240" w:lineRule="auto"/>
              <w:ind w:firstLineChars="100" w:firstLine="221"/>
              <w:rPr>
                <w:rFonts w:ascii="Google Sans Text" w:eastAsia="Times New Roman" w:hAnsi="Google Sans Text" w:cs="Calibri"/>
                <w:b/>
                <w:bCs/>
                <w:color w:val="444746"/>
                <w:sz w:val="20"/>
                <w:szCs w:val="20"/>
                <w:lang w:val="fr-FR" w:eastAsia="fr-FR"/>
              </w:rPr>
            </w:pPr>
            <w:r w:rsidRPr="00A5479A">
              <w:rPr>
                <w:b/>
                <w:bCs/>
              </w:rPr>
              <w:t>Qualification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0D60D78" w14:textId="3E68AA69" w:rsidR="00A5479A" w:rsidRPr="00BB2D84" w:rsidRDefault="00A5479A" w:rsidP="00A5479A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1F1F1F"/>
                <w:lang w:val="fr-FR" w:eastAsia="fr-FR"/>
              </w:rPr>
            </w:pPr>
            <w:r w:rsidRPr="00734664">
              <w:t>https://</w:t>
            </w:r>
            <w:r w:rsidRPr="00A5479A">
              <w:t>auth</w:t>
            </w:r>
            <w:r>
              <w:t>.</w:t>
            </w:r>
            <w:r w:rsidRPr="00A5479A">
              <w:t>integratome.fr</w:t>
            </w:r>
          </w:p>
        </w:tc>
      </w:tr>
      <w:tr w:rsidR="00A5479A" w:rsidRPr="00BB2D84" w14:paraId="79D8D7F8" w14:textId="77777777" w:rsidTr="00A5479A">
        <w:trPr>
          <w:trHeight w:val="315"/>
        </w:trPr>
        <w:tc>
          <w:tcPr>
            <w:tcW w:w="21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CE1" w:themeFill="background2"/>
            <w:hideMark/>
          </w:tcPr>
          <w:p w14:paraId="4814ED30" w14:textId="2413BF89" w:rsidR="00A5479A" w:rsidRPr="00A5479A" w:rsidRDefault="00A5479A" w:rsidP="00A5479A">
            <w:pPr>
              <w:spacing w:after="0" w:line="240" w:lineRule="auto"/>
              <w:ind w:firstLineChars="100" w:firstLine="221"/>
              <w:rPr>
                <w:rFonts w:ascii="Google Sans Text" w:eastAsia="Times New Roman" w:hAnsi="Google Sans Text" w:cs="Calibri"/>
                <w:b/>
                <w:bCs/>
                <w:color w:val="444746"/>
                <w:sz w:val="20"/>
                <w:szCs w:val="20"/>
                <w:lang w:val="fr-FR" w:eastAsia="fr-FR"/>
              </w:rPr>
            </w:pPr>
            <w:r w:rsidRPr="00A5479A">
              <w:rPr>
                <w:b/>
                <w:bCs/>
              </w:rPr>
              <w:t>Production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5DC23E6" w14:textId="073F2EE3" w:rsidR="00A5479A" w:rsidRPr="00BB2D84" w:rsidRDefault="00A5479A" w:rsidP="00A5479A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1F1F1F"/>
                <w:lang w:val="fr-FR" w:eastAsia="fr-FR"/>
              </w:rPr>
            </w:pPr>
            <w:r w:rsidRPr="00734664">
              <w:t>https://</w:t>
            </w:r>
            <w:r>
              <w:t>auth.</w:t>
            </w:r>
            <w:r w:rsidRPr="00A5479A">
              <w:t>integratome.</w:t>
            </w:r>
            <w:r>
              <w:t>com</w:t>
            </w:r>
          </w:p>
        </w:tc>
      </w:tr>
    </w:tbl>
    <w:p w14:paraId="01F64789" w14:textId="77777777" w:rsidR="00A5479A" w:rsidRDefault="00A5479A">
      <w:pPr>
        <w:rPr>
          <w:lang w:val="fr-CH"/>
        </w:rPr>
      </w:pPr>
    </w:p>
    <w:p w14:paraId="3F170A89" w14:textId="77777777" w:rsidR="00A5479A" w:rsidRPr="00A5479A" w:rsidRDefault="00A5479A" w:rsidP="00CF2895">
      <w:pPr>
        <w:pStyle w:val="Titre1"/>
      </w:pPr>
      <w:bookmarkStart w:id="11" w:name="_Toc228356778"/>
      <w:proofErr w:type="spellStart"/>
      <w:r w:rsidRPr="00A5479A">
        <w:t>Payload</w:t>
      </w:r>
      <w:proofErr w:type="spellEnd"/>
      <w:r w:rsidRPr="00A5479A">
        <w:t xml:space="preserve"> JSON</w:t>
      </w:r>
      <w:bookmarkEnd w:id="11"/>
    </w:p>
    <w:p w14:paraId="2C8F42AE" w14:textId="2847B904" w:rsidR="00A5479A" w:rsidRDefault="00A5479A" w:rsidP="00A5479A">
      <w:pPr>
        <w:rPr>
          <w:rFonts w:ascii="Consolas" w:hAnsi="Consolas"/>
          <w:sz w:val="17"/>
          <w:lang w:val="fr-FR"/>
        </w:rPr>
      </w:pPr>
      <w:r w:rsidRPr="0001235A">
        <w:rPr>
          <w:rFonts w:ascii="Consolas" w:hAnsi="Consolas"/>
          <w:sz w:val="17"/>
          <w:lang w:val="fr-FR"/>
        </w:rPr>
        <w:t>{</w:t>
      </w:r>
      <w:r w:rsidRPr="0001235A">
        <w:rPr>
          <w:lang w:val="fr-FR"/>
        </w:rPr>
        <w:br/>
      </w:r>
      <w:r w:rsidRPr="0001235A">
        <w:rPr>
          <w:rFonts w:ascii="Consolas" w:hAnsi="Consolas"/>
          <w:sz w:val="17"/>
          <w:lang w:val="fr-FR"/>
        </w:rPr>
        <w:t xml:space="preserve">  "</w:t>
      </w:r>
      <w:proofErr w:type="spellStart"/>
      <w:r w:rsidRPr="0001235A">
        <w:rPr>
          <w:rFonts w:ascii="Consolas" w:hAnsi="Consolas"/>
          <w:sz w:val="17"/>
          <w:lang w:val="fr-FR"/>
        </w:rPr>
        <w:t>client_id</w:t>
      </w:r>
      <w:proofErr w:type="spellEnd"/>
      <w:proofErr w:type="gramStart"/>
      <w:r w:rsidRPr="0001235A">
        <w:rPr>
          <w:rFonts w:ascii="Consolas" w:hAnsi="Consolas"/>
          <w:sz w:val="17"/>
          <w:lang w:val="fr-FR"/>
        </w:rPr>
        <w:t>":</w:t>
      </w:r>
      <w:proofErr w:type="gramEnd"/>
      <w:r w:rsidRPr="0001235A">
        <w:rPr>
          <w:rFonts w:ascii="Consolas" w:hAnsi="Consolas"/>
          <w:sz w:val="17"/>
          <w:lang w:val="fr-FR"/>
        </w:rPr>
        <w:t xml:space="preserve"> "&lt;fourni par </w:t>
      </w:r>
      <w:proofErr w:type="spellStart"/>
      <w:r>
        <w:rPr>
          <w:rFonts w:ascii="Consolas" w:hAnsi="Consolas"/>
          <w:sz w:val="17"/>
          <w:lang w:val="fr-FR"/>
        </w:rPr>
        <w:t>Integratome</w:t>
      </w:r>
      <w:proofErr w:type="spellEnd"/>
      <w:r w:rsidRPr="0001235A">
        <w:rPr>
          <w:rFonts w:ascii="Consolas" w:hAnsi="Consolas"/>
          <w:sz w:val="17"/>
          <w:lang w:val="fr-FR"/>
        </w:rPr>
        <w:t>&gt;",</w:t>
      </w:r>
      <w:r w:rsidRPr="0001235A">
        <w:rPr>
          <w:lang w:val="fr-FR"/>
        </w:rPr>
        <w:br/>
      </w:r>
      <w:r w:rsidRPr="0001235A">
        <w:rPr>
          <w:rFonts w:ascii="Consolas" w:hAnsi="Consolas"/>
          <w:sz w:val="17"/>
          <w:lang w:val="fr-FR"/>
        </w:rPr>
        <w:t xml:space="preserve">  "</w:t>
      </w:r>
      <w:proofErr w:type="spellStart"/>
      <w:r w:rsidRPr="0001235A">
        <w:rPr>
          <w:rFonts w:ascii="Consolas" w:hAnsi="Consolas"/>
          <w:sz w:val="17"/>
          <w:lang w:val="fr-FR"/>
        </w:rPr>
        <w:t>client_secret</w:t>
      </w:r>
      <w:proofErr w:type="spellEnd"/>
      <w:proofErr w:type="gramStart"/>
      <w:r w:rsidRPr="0001235A">
        <w:rPr>
          <w:rFonts w:ascii="Consolas" w:hAnsi="Consolas"/>
          <w:sz w:val="17"/>
          <w:lang w:val="fr-FR"/>
        </w:rPr>
        <w:t>":</w:t>
      </w:r>
      <w:proofErr w:type="gramEnd"/>
      <w:r w:rsidRPr="0001235A">
        <w:rPr>
          <w:rFonts w:ascii="Consolas" w:hAnsi="Consolas"/>
          <w:sz w:val="17"/>
          <w:lang w:val="fr-FR"/>
        </w:rPr>
        <w:t xml:space="preserve"> "&lt;fourni par </w:t>
      </w:r>
      <w:proofErr w:type="spellStart"/>
      <w:r>
        <w:rPr>
          <w:rFonts w:ascii="Consolas" w:hAnsi="Consolas"/>
          <w:sz w:val="17"/>
          <w:lang w:val="fr-FR"/>
        </w:rPr>
        <w:t>Integratome</w:t>
      </w:r>
      <w:proofErr w:type="spellEnd"/>
      <w:r w:rsidRPr="0001235A">
        <w:rPr>
          <w:rFonts w:ascii="Consolas" w:hAnsi="Consolas"/>
          <w:sz w:val="17"/>
          <w:lang w:val="fr-FR"/>
        </w:rPr>
        <w:t xml:space="preserve"> </w:t>
      </w:r>
      <w:r w:rsidRPr="0001235A">
        <w:rPr>
          <w:rFonts w:ascii="Consolas" w:hAnsi="Consolas"/>
          <w:sz w:val="17"/>
          <w:lang w:val="fr-FR"/>
        </w:rPr>
        <w:t>&gt;"</w:t>
      </w:r>
      <w:r w:rsidRPr="0001235A">
        <w:rPr>
          <w:lang w:val="fr-FR"/>
        </w:rPr>
        <w:br/>
      </w:r>
      <w:r w:rsidRPr="0001235A">
        <w:rPr>
          <w:rFonts w:ascii="Consolas" w:hAnsi="Consolas"/>
          <w:sz w:val="17"/>
          <w:lang w:val="fr-FR"/>
        </w:rPr>
        <w:t>}</w:t>
      </w:r>
    </w:p>
    <w:p w14:paraId="7C3E50C0" w14:textId="1E74A59B" w:rsidR="00180906" w:rsidRDefault="00180906" w:rsidP="00A5479A">
      <w:pPr>
        <w:rPr>
          <w:rFonts w:ascii="Consolas" w:hAnsi="Consolas"/>
          <w:sz w:val="17"/>
          <w:lang w:val="fr-FR"/>
        </w:rPr>
      </w:pPr>
    </w:p>
    <w:p w14:paraId="7DACC504" w14:textId="03605A3F" w:rsidR="00180906" w:rsidRPr="00A5479A" w:rsidRDefault="00180906" w:rsidP="00180906">
      <w:pPr>
        <w:pStyle w:val="Titre2"/>
      </w:pPr>
      <w:bookmarkStart w:id="12" w:name="_Toc228356779"/>
      <w:r>
        <w:t>Réponse</w:t>
      </w:r>
      <w:bookmarkEnd w:id="12"/>
    </w:p>
    <w:p w14:paraId="5C6BC458" w14:textId="6B52DB37" w:rsidR="00A5479A" w:rsidRDefault="004B2CE1" w:rsidP="00A5479A">
      <w:pPr>
        <w:rPr>
          <w:rFonts w:ascii="Consolas" w:hAnsi="Consolas"/>
          <w:sz w:val="17"/>
          <w:lang w:val="fr-FR"/>
        </w:rPr>
      </w:pPr>
      <w:r w:rsidRPr="0001235A">
        <w:rPr>
          <w:rFonts w:ascii="Consolas" w:hAnsi="Consolas"/>
          <w:sz w:val="17"/>
          <w:lang w:val="fr-FR"/>
        </w:rPr>
        <w:t>{</w:t>
      </w:r>
      <w:r w:rsidRPr="0001235A">
        <w:rPr>
          <w:lang w:val="fr-FR"/>
        </w:rPr>
        <w:br/>
      </w:r>
      <w:r>
        <w:rPr>
          <w:rFonts w:ascii="Consolas" w:hAnsi="Consolas"/>
          <w:sz w:val="17"/>
          <w:lang w:val="fr-FR"/>
        </w:rPr>
        <w:t xml:space="preserve">  </w:t>
      </w:r>
      <w:r w:rsidR="00180906" w:rsidRPr="0001235A">
        <w:rPr>
          <w:rFonts w:ascii="Consolas" w:hAnsi="Consolas"/>
          <w:sz w:val="17"/>
          <w:lang w:val="fr-FR"/>
        </w:rPr>
        <w:t>"</w:t>
      </w:r>
      <w:proofErr w:type="spellStart"/>
      <w:r w:rsidR="00180906" w:rsidRPr="0001235A">
        <w:rPr>
          <w:rFonts w:ascii="Consolas" w:hAnsi="Consolas"/>
          <w:sz w:val="17"/>
          <w:lang w:val="fr-FR"/>
        </w:rPr>
        <w:t>access_token</w:t>
      </w:r>
      <w:proofErr w:type="spellEnd"/>
      <w:proofErr w:type="gramStart"/>
      <w:r w:rsidR="00180906" w:rsidRPr="0001235A">
        <w:rPr>
          <w:rFonts w:ascii="Consolas" w:hAnsi="Consolas"/>
          <w:sz w:val="17"/>
          <w:lang w:val="fr-FR"/>
        </w:rPr>
        <w:t>":</w:t>
      </w:r>
      <w:proofErr w:type="gramEnd"/>
      <w:r w:rsidR="00180906" w:rsidRPr="0001235A">
        <w:rPr>
          <w:rFonts w:ascii="Consolas" w:hAnsi="Consolas"/>
          <w:sz w:val="17"/>
          <w:lang w:val="fr-FR"/>
        </w:rPr>
        <w:t xml:space="preserve"> qmLP2BwehSYUmPlx1RLvUszWGb7xAJEMoc",</w:t>
      </w:r>
      <w:r w:rsidR="00180906" w:rsidRPr="0001235A">
        <w:rPr>
          <w:lang w:val="fr-FR"/>
        </w:rPr>
        <w:br/>
      </w:r>
      <w:r w:rsidR="00180906" w:rsidRPr="0001235A">
        <w:rPr>
          <w:rFonts w:ascii="Consolas" w:hAnsi="Consolas"/>
          <w:sz w:val="17"/>
          <w:lang w:val="fr-FR"/>
        </w:rPr>
        <w:t xml:space="preserve">  "</w:t>
      </w:r>
      <w:proofErr w:type="spellStart"/>
      <w:r w:rsidR="00180906" w:rsidRPr="0001235A">
        <w:rPr>
          <w:rFonts w:ascii="Consolas" w:hAnsi="Consolas"/>
          <w:sz w:val="17"/>
          <w:lang w:val="fr-FR"/>
        </w:rPr>
        <w:t>token_type</w:t>
      </w:r>
      <w:proofErr w:type="spellEnd"/>
      <w:proofErr w:type="gramStart"/>
      <w:r w:rsidR="00180906" w:rsidRPr="0001235A">
        <w:rPr>
          <w:rFonts w:ascii="Consolas" w:hAnsi="Consolas"/>
          <w:sz w:val="17"/>
          <w:lang w:val="fr-FR"/>
        </w:rPr>
        <w:t>":</w:t>
      </w:r>
      <w:proofErr w:type="gramEnd"/>
      <w:r w:rsidR="00180906" w:rsidRPr="0001235A">
        <w:rPr>
          <w:rFonts w:ascii="Consolas" w:hAnsi="Consolas"/>
          <w:sz w:val="17"/>
          <w:lang w:val="fr-FR"/>
        </w:rPr>
        <w:t xml:space="preserve"> "Bearer",</w:t>
      </w:r>
      <w:r w:rsidR="00180906" w:rsidRPr="0001235A">
        <w:rPr>
          <w:lang w:val="fr-FR"/>
        </w:rPr>
        <w:br/>
      </w:r>
      <w:r w:rsidR="00180906" w:rsidRPr="0001235A">
        <w:rPr>
          <w:rFonts w:ascii="Consolas" w:hAnsi="Consolas"/>
          <w:sz w:val="17"/>
          <w:lang w:val="fr-FR"/>
        </w:rPr>
        <w:t xml:space="preserve">  "</w:t>
      </w:r>
      <w:proofErr w:type="spellStart"/>
      <w:r w:rsidR="00180906" w:rsidRPr="0001235A">
        <w:rPr>
          <w:rFonts w:ascii="Consolas" w:hAnsi="Consolas"/>
          <w:sz w:val="17"/>
          <w:lang w:val="fr-FR"/>
        </w:rPr>
        <w:t>expires_in</w:t>
      </w:r>
      <w:proofErr w:type="spellEnd"/>
      <w:proofErr w:type="gramStart"/>
      <w:r w:rsidR="00180906" w:rsidRPr="0001235A">
        <w:rPr>
          <w:rFonts w:ascii="Consolas" w:hAnsi="Consolas"/>
          <w:sz w:val="17"/>
          <w:lang w:val="fr-FR"/>
        </w:rPr>
        <w:t>":</w:t>
      </w:r>
      <w:proofErr w:type="gramEnd"/>
      <w:r w:rsidR="00180906" w:rsidRPr="0001235A">
        <w:rPr>
          <w:rFonts w:ascii="Consolas" w:hAnsi="Consolas"/>
          <w:sz w:val="17"/>
          <w:lang w:val="fr-FR"/>
        </w:rPr>
        <w:t xml:space="preserve"> 3600,</w:t>
      </w:r>
      <w:r w:rsidR="00180906" w:rsidRPr="0001235A">
        <w:rPr>
          <w:lang w:val="fr-FR"/>
        </w:rPr>
        <w:br/>
      </w:r>
      <w:r w:rsidR="00180906" w:rsidRPr="0001235A">
        <w:rPr>
          <w:rFonts w:ascii="Consolas" w:hAnsi="Consolas"/>
          <w:sz w:val="17"/>
          <w:lang w:val="fr-FR"/>
        </w:rPr>
        <w:t xml:space="preserve">  "</w:t>
      </w:r>
      <w:proofErr w:type="spellStart"/>
      <w:r w:rsidR="00180906" w:rsidRPr="0001235A">
        <w:rPr>
          <w:rFonts w:ascii="Consolas" w:hAnsi="Consolas"/>
          <w:sz w:val="17"/>
          <w:lang w:val="fr-FR"/>
        </w:rPr>
        <w:t>username</w:t>
      </w:r>
      <w:proofErr w:type="spellEnd"/>
      <w:proofErr w:type="gramStart"/>
      <w:r w:rsidR="00180906" w:rsidRPr="0001235A">
        <w:rPr>
          <w:rFonts w:ascii="Consolas" w:hAnsi="Consolas"/>
          <w:sz w:val="17"/>
          <w:lang w:val="fr-FR"/>
        </w:rPr>
        <w:t>":</w:t>
      </w:r>
      <w:proofErr w:type="gramEnd"/>
      <w:r w:rsidR="00180906" w:rsidRPr="0001235A">
        <w:rPr>
          <w:rFonts w:ascii="Consolas" w:hAnsi="Consolas"/>
          <w:sz w:val="17"/>
          <w:lang w:val="fr-FR"/>
        </w:rPr>
        <w:t xml:space="preserve"> "horizon-</w:t>
      </w:r>
      <w:proofErr w:type="spellStart"/>
      <w:r w:rsidR="00180906" w:rsidRPr="00180906">
        <w:rPr>
          <w:rFonts w:ascii="Consolas" w:hAnsi="Consolas"/>
          <w:sz w:val="17"/>
          <w:lang w:val="fr-FR"/>
        </w:rPr>
        <w:t>ecaldima</w:t>
      </w:r>
      <w:proofErr w:type="spellEnd"/>
      <w:r w:rsidR="00180906" w:rsidRPr="0001235A">
        <w:rPr>
          <w:rFonts w:ascii="Consolas" w:hAnsi="Consolas"/>
          <w:sz w:val="17"/>
          <w:lang w:val="fr-FR"/>
        </w:rPr>
        <w:t>"</w:t>
      </w:r>
      <w:r w:rsidR="00180906" w:rsidRPr="0001235A">
        <w:rPr>
          <w:lang w:val="fr-FR"/>
        </w:rPr>
        <w:br/>
      </w:r>
      <w:r w:rsidR="00180906" w:rsidRPr="0001235A">
        <w:rPr>
          <w:rFonts w:ascii="Consolas" w:hAnsi="Consolas"/>
          <w:sz w:val="17"/>
          <w:lang w:val="fr-FR"/>
        </w:rPr>
        <w:t>}</w:t>
      </w:r>
    </w:p>
    <w:p w14:paraId="1852C6A9" w14:textId="77777777" w:rsidR="000F080B" w:rsidRDefault="000F080B" w:rsidP="00A5479A">
      <w:pPr>
        <w:rPr>
          <w:rFonts w:ascii="Consolas" w:hAnsi="Consolas"/>
          <w:sz w:val="17"/>
          <w:lang w:val="fr-FR"/>
        </w:rPr>
      </w:pPr>
    </w:p>
    <w:p w14:paraId="713F5179" w14:textId="77777777" w:rsidR="00D12E32" w:rsidRDefault="00D12E32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br w:type="page"/>
      </w:r>
    </w:p>
    <w:p w14:paraId="0D303F20" w14:textId="1E34F8F3" w:rsidR="000F080B" w:rsidRPr="00D12E32" w:rsidRDefault="000F080B" w:rsidP="00D12E32">
      <w:pPr>
        <w:pStyle w:val="Titre1"/>
      </w:pPr>
      <w:bookmarkStart w:id="13" w:name="_Toc228356780"/>
      <w:r w:rsidRPr="00D12E32">
        <w:lastRenderedPageBreak/>
        <w:t xml:space="preserve">Endpoint </w:t>
      </w:r>
      <w:proofErr w:type="gramStart"/>
      <w:r w:rsidRPr="00D12E32">
        <w:t>métier :</w:t>
      </w:r>
      <w:proofErr w:type="gramEnd"/>
      <w:r w:rsidRPr="00D12E32">
        <w:t xml:space="preserve"> </w:t>
      </w:r>
      <w:proofErr w:type="spellStart"/>
      <w:r w:rsidRPr="00D12E32">
        <w:t>CreatePatientAndGenerateToken</w:t>
      </w:r>
      <w:bookmarkEnd w:id="13"/>
      <w:proofErr w:type="spellEnd"/>
    </w:p>
    <w:p w14:paraId="6148C4FC" w14:textId="77777777" w:rsidR="000F080B" w:rsidRDefault="000F080B" w:rsidP="000F080B">
      <w:pPr>
        <w:rPr>
          <w:lang w:val="fr-CH"/>
        </w:rPr>
      </w:pPr>
    </w:p>
    <w:p w14:paraId="56C51315" w14:textId="04B2854F" w:rsidR="000F080B" w:rsidRDefault="000F080B" w:rsidP="000F080B">
      <w:pPr>
        <w:rPr>
          <w:lang w:val="fr-CH"/>
        </w:rPr>
      </w:pPr>
      <w:r>
        <w:rPr>
          <w:lang w:val="fr-CH"/>
        </w:rPr>
        <w:t xml:space="preserve">Création d’un patient sur </w:t>
      </w:r>
      <w:proofErr w:type="spellStart"/>
      <w:r>
        <w:rPr>
          <w:lang w:val="fr-CH"/>
        </w:rPr>
        <w:t>Integratome</w:t>
      </w:r>
      <w:proofErr w:type="spellEnd"/>
      <w:r>
        <w:rPr>
          <w:lang w:val="fr-CH"/>
        </w:rPr>
        <w:t>.</w:t>
      </w:r>
    </w:p>
    <w:p w14:paraId="03277CA2" w14:textId="77777777" w:rsidR="000F080B" w:rsidRDefault="000F080B" w:rsidP="000F080B">
      <w:pPr>
        <w:pStyle w:val="Titre2"/>
      </w:pPr>
      <w:bookmarkStart w:id="14" w:name="_Toc228356781"/>
      <w:r w:rsidRPr="00A5479A">
        <w:t>Environnements</w:t>
      </w:r>
      <w:bookmarkEnd w:id="14"/>
    </w:p>
    <w:tbl>
      <w:tblPr>
        <w:tblW w:w="86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17"/>
        <w:gridCol w:w="6520"/>
      </w:tblGrid>
      <w:tr w:rsidR="000F080B" w:rsidRPr="00A5479A" w14:paraId="1D77CD39" w14:textId="77777777" w:rsidTr="00E359E6">
        <w:trPr>
          <w:trHeight w:val="615"/>
        </w:trPr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CE1" w:themeFill="background2"/>
            <w:hideMark/>
          </w:tcPr>
          <w:p w14:paraId="1CE50402" w14:textId="77777777" w:rsidR="000F080B" w:rsidRPr="00A5479A" w:rsidRDefault="000F080B" w:rsidP="00E359E6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1F1F1F"/>
                <w:lang w:val="fr-FR" w:eastAsia="fr-FR"/>
              </w:rPr>
            </w:pPr>
            <w:r w:rsidRPr="00A5479A">
              <w:rPr>
                <w:b/>
                <w:bCs/>
              </w:rPr>
              <w:t>Environnement</w:t>
            </w:r>
          </w:p>
        </w:tc>
        <w:tc>
          <w:tcPr>
            <w:tcW w:w="65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EECE1" w:themeFill="background2"/>
            <w:hideMark/>
          </w:tcPr>
          <w:p w14:paraId="18D77A34" w14:textId="77777777" w:rsidR="000F080B" w:rsidRPr="00A5479A" w:rsidRDefault="000F080B" w:rsidP="00E359E6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1F1F1F"/>
                <w:lang w:val="fr-FR" w:eastAsia="fr-FR"/>
              </w:rPr>
            </w:pPr>
            <w:r w:rsidRPr="00A5479A">
              <w:rPr>
                <w:b/>
                <w:bCs/>
              </w:rPr>
              <w:t>Base URL</w:t>
            </w:r>
          </w:p>
        </w:tc>
      </w:tr>
      <w:tr w:rsidR="000F080B" w:rsidRPr="00BB2D84" w14:paraId="1F4294EC" w14:textId="77777777" w:rsidTr="00E359E6">
        <w:trPr>
          <w:trHeight w:val="315"/>
        </w:trPr>
        <w:tc>
          <w:tcPr>
            <w:tcW w:w="21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CE1" w:themeFill="background2"/>
            <w:hideMark/>
          </w:tcPr>
          <w:p w14:paraId="1808BD41" w14:textId="77777777" w:rsidR="000F080B" w:rsidRPr="00A5479A" w:rsidRDefault="000F080B" w:rsidP="00E359E6">
            <w:pPr>
              <w:spacing w:after="0" w:line="240" w:lineRule="auto"/>
              <w:ind w:firstLineChars="100" w:firstLine="221"/>
              <w:rPr>
                <w:rFonts w:ascii="Google Sans Text" w:eastAsia="Times New Roman" w:hAnsi="Google Sans Text" w:cs="Calibri"/>
                <w:b/>
                <w:bCs/>
                <w:color w:val="444746"/>
                <w:sz w:val="20"/>
                <w:szCs w:val="20"/>
                <w:lang w:val="fr-FR" w:eastAsia="fr-FR"/>
              </w:rPr>
            </w:pPr>
            <w:r w:rsidRPr="00A5479A">
              <w:rPr>
                <w:b/>
                <w:bCs/>
              </w:rPr>
              <w:t>Développement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2512D46" w14:textId="23CD9D27" w:rsidR="000F080B" w:rsidRPr="00BB2D84" w:rsidRDefault="000F080B" w:rsidP="00E359E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1F1F1F"/>
                <w:lang w:val="fr-FR" w:eastAsia="fr-FR"/>
              </w:rPr>
            </w:pPr>
            <w:r w:rsidRPr="00A5479A">
              <w:t>https://</w:t>
            </w:r>
            <w:r>
              <w:t>api</w:t>
            </w:r>
            <w:r>
              <w:t>Dev</w:t>
            </w:r>
            <w:r w:rsidRPr="00A5479A">
              <w:t>.integratome.fr</w:t>
            </w:r>
          </w:p>
        </w:tc>
      </w:tr>
      <w:tr w:rsidR="000F080B" w:rsidRPr="00BB2D84" w14:paraId="5D413AF0" w14:textId="77777777" w:rsidTr="00E359E6">
        <w:trPr>
          <w:trHeight w:val="315"/>
        </w:trPr>
        <w:tc>
          <w:tcPr>
            <w:tcW w:w="21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CE1" w:themeFill="background2"/>
            <w:hideMark/>
          </w:tcPr>
          <w:p w14:paraId="5857E7F1" w14:textId="77777777" w:rsidR="000F080B" w:rsidRPr="00A5479A" w:rsidRDefault="000F080B" w:rsidP="00E359E6">
            <w:pPr>
              <w:spacing w:after="0" w:line="240" w:lineRule="auto"/>
              <w:ind w:firstLineChars="100" w:firstLine="221"/>
              <w:rPr>
                <w:rFonts w:ascii="Google Sans Text" w:eastAsia="Times New Roman" w:hAnsi="Google Sans Text" w:cs="Calibri"/>
                <w:b/>
                <w:bCs/>
                <w:color w:val="444746"/>
                <w:sz w:val="20"/>
                <w:szCs w:val="20"/>
                <w:lang w:val="fr-FR" w:eastAsia="fr-FR"/>
              </w:rPr>
            </w:pPr>
            <w:r w:rsidRPr="00A5479A">
              <w:rPr>
                <w:b/>
                <w:bCs/>
              </w:rPr>
              <w:t>Qualification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F69E9F5" w14:textId="4670BF3F" w:rsidR="000F080B" w:rsidRPr="00BB2D84" w:rsidRDefault="000F080B" w:rsidP="00E359E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1F1F1F"/>
                <w:lang w:val="fr-FR" w:eastAsia="fr-FR"/>
              </w:rPr>
            </w:pPr>
            <w:r w:rsidRPr="00734664">
              <w:t>https://</w:t>
            </w:r>
            <w:r>
              <w:t>api.</w:t>
            </w:r>
            <w:r w:rsidRPr="00A5479A">
              <w:t>integratome.fr</w:t>
            </w:r>
          </w:p>
        </w:tc>
      </w:tr>
      <w:tr w:rsidR="000F080B" w:rsidRPr="00BB2D84" w14:paraId="7BD1569B" w14:textId="77777777" w:rsidTr="00E359E6">
        <w:trPr>
          <w:trHeight w:val="315"/>
        </w:trPr>
        <w:tc>
          <w:tcPr>
            <w:tcW w:w="21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CE1" w:themeFill="background2"/>
            <w:hideMark/>
          </w:tcPr>
          <w:p w14:paraId="2A7EE859" w14:textId="77777777" w:rsidR="000F080B" w:rsidRPr="00A5479A" w:rsidRDefault="000F080B" w:rsidP="00E359E6">
            <w:pPr>
              <w:spacing w:after="0" w:line="240" w:lineRule="auto"/>
              <w:ind w:firstLineChars="100" w:firstLine="221"/>
              <w:rPr>
                <w:rFonts w:ascii="Google Sans Text" w:eastAsia="Times New Roman" w:hAnsi="Google Sans Text" w:cs="Calibri"/>
                <w:b/>
                <w:bCs/>
                <w:color w:val="444746"/>
                <w:sz w:val="20"/>
                <w:szCs w:val="20"/>
                <w:lang w:val="fr-FR" w:eastAsia="fr-FR"/>
              </w:rPr>
            </w:pPr>
            <w:r w:rsidRPr="00A5479A">
              <w:rPr>
                <w:b/>
                <w:bCs/>
              </w:rPr>
              <w:t>Production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1A46C08" w14:textId="230308AE" w:rsidR="000F080B" w:rsidRPr="00BB2D84" w:rsidRDefault="000F080B" w:rsidP="00E359E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1F1F1F"/>
                <w:lang w:val="fr-FR" w:eastAsia="fr-FR"/>
              </w:rPr>
            </w:pPr>
            <w:r w:rsidRPr="00734664">
              <w:t>https://</w:t>
            </w:r>
            <w:r>
              <w:t>api.</w:t>
            </w:r>
            <w:r w:rsidRPr="00A5479A">
              <w:t>integratome.</w:t>
            </w:r>
            <w:r>
              <w:t>com</w:t>
            </w:r>
          </w:p>
        </w:tc>
      </w:tr>
    </w:tbl>
    <w:p w14:paraId="28F46123" w14:textId="77777777" w:rsidR="000F080B" w:rsidRDefault="000F080B" w:rsidP="000F080B">
      <w:pPr>
        <w:rPr>
          <w:lang w:val="fr-CH"/>
        </w:rPr>
      </w:pPr>
    </w:p>
    <w:p w14:paraId="65FD43B3" w14:textId="77777777" w:rsidR="004B2CE1" w:rsidRDefault="000F080B" w:rsidP="004B2CE1">
      <w:pP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val="fr-CH"/>
        </w:rPr>
      </w:pPr>
      <w:r w:rsidRPr="000F080B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val="fr-CH"/>
        </w:rPr>
        <w:t>Headers</w:t>
      </w:r>
    </w:p>
    <w:p w14:paraId="78C2E04A" w14:textId="77777777" w:rsidR="004B2CE1" w:rsidRDefault="004B2CE1" w:rsidP="004B2CE1">
      <w:pPr>
        <w:spacing w:after="0"/>
        <w:rPr>
          <w:rFonts w:ascii="Consolas" w:hAnsi="Consolas"/>
          <w:sz w:val="17"/>
          <w:lang w:val="fr-FR"/>
        </w:rPr>
      </w:pPr>
      <w:r w:rsidRPr="0001235A">
        <w:rPr>
          <w:rFonts w:ascii="Consolas" w:hAnsi="Consolas"/>
          <w:sz w:val="17"/>
          <w:lang w:val="fr-FR"/>
        </w:rPr>
        <w:t>{</w:t>
      </w:r>
    </w:p>
    <w:p w14:paraId="2962AC43" w14:textId="38145EA6" w:rsidR="004B2CE1" w:rsidRPr="004B2CE1" w:rsidRDefault="004B2CE1" w:rsidP="004B2CE1">
      <w:pPr>
        <w:spacing w:after="0"/>
        <w:rPr>
          <w:rFonts w:ascii="Consolas" w:hAnsi="Consolas"/>
          <w:sz w:val="17"/>
          <w:lang w:val="fr-FR"/>
        </w:rPr>
      </w:pPr>
      <w:r w:rsidRPr="004B2CE1">
        <w:rPr>
          <w:rFonts w:ascii="Consolas" w:hAnsi="Consolas"/>
          <w:sz w:val="17"/>
          <w:lang w:val="fr-FR"/>
        </w:rPr>
        <w:tab/>
        <w:t>'</w:t>
      </w:r>
      <w:proofErr w:type="spellStart"/>
      <w:proofErr w:type="gramStart"/>
      <w:r w:rsidRPr="004B2CE1">
        <w:rPr>
          <w:rFonts w:ascii="Consolas" w:hAnsi="Consolas"/>
          <w:sz w:val="17"/>
          <w:lang w:val="fr-FR"/>
        </w:rPr>
        <w:t>Authorization</w:t>
      </w:r>
      <w:proofErr w:type="spellEnd"/>
      <w:r w:rsidRPr="004B2CE1">
        <w:rPr>
          <w:rFonts w:ascii="Consolas" w:hAnsi="Consolas"/>
          <w:sz w:val="17"/>
          <w:lang w:val="fr-FR"/>
        </w:rPr>
        <w:t>:</w:t>
      </w:r>
      <w:proofErr w:type="gramEnd"/>
      <w:r w:rsidRPr="004B2CE1">
        <w:rPr>
          <w:rFonts w:ascii="Consolas" w:hAnsi="Consolas"/>
          <w:sz w:val="17"/>
          <w:lang w:val="fr-FR"/>
        </w:rPr>
        <w:t xml:space="preserve"> </w:t>
      </w:r>
      <w:r w:rsidRPr="0001235A">
        <w:rPr>
          <w:rFonts w:ascii="Consolas" w:hAnsi="Consolas"/>
          <w:sz w:val="17"/>
          <w:lang w:val="fr-FR"/>
        </w:rPr>
        <w:t>Bearer &lt;</w:t>
      </w:r>
      <w:proofErr w:type="spellStart"/>
      <w:r w:rsidRPr="0001235A">
        <w:rPr>
          <w:rFonts w:ascii="Consolas" w:hAnsi="Consolas"/>
          <w:sz w:val="17"/>
          <w:lang w:val="fr-FR"/>
        </w:rPr>
        <w:t>BearerRecuPrecedement</w:t>
      </w:r>
      <w:proofErr w:type="spellEnd"/>
      <w:r w:rsidRPr="0001235A">
        <w:rPr>
          <w:rFonts w:ascii="Consolas" w:hAnsi="Consolas"/>
          <w:sz w:val="17"/>
          <w:lang w:val="fr-FR"/>
        </w:rPr>
        <w:t>&gt;</w:t>
      </w:r>
      <w:r w:rsidRPr="0001235A">
        <w:rPr>
          <w:lang w:val="fr-FR"/>
        </w:rPr>
        <w:br/>
      </w:r>
      <w:r w:rsidRPr="004B2CE1">
        <w:rPr>
          <w:rFonts w:ascii="Consolas" w:hAnsi="Consolas"/>
          <w:sz w:val="17"/>
          <w:lang w:val="fr-FR"/>
        </w:rPr>
        <w:tab/>
        <w:t>'Content-</w:t>
      </w:r>
      <w:proofErr w:type="gramStart"/>
      <w:r w:rsidRPr="004B2CE1">
        <w:rPr>
          <w:rFonts w:ascii="Consolas" w:hAnsi="Consolas"/>
          <w:sz w:val="17"/>
          <w:lang w:val="fr-FR"/>
        </w:rPr>
        <w:t>Type:</w:t>
      </w:r>
      <w:proofErr w:type="gramEnd"/>
      <w:r w:rsidRPr="004B2CE1">
        <w:rPr>
          <w:rFonts w:ascii="Consolas" w:hAnsi="Consolas"/>
          <w:sz w:val="17"/>
          <w:lang w:val="fr-FR"/>
        </w:rPr>
        <w:t xml:space="preserve"> application/</w:t>
      </w:r>
      <w:proofErr w:type="spellStart"/>
      <w:r w:rsidRPr="004B2CE1">
        <w:rPr>
          <w:rFonts w:ascii="Consolas" w:hAnsi="Consolas"/>
          <w:sz w:val="17"/>
          <w:lang w:val="fr-FR"/>
        </w:rPr>
        <w:t>json</w:t>
      </w:r>
      <w:proofErr w:type="spellEnd"/>
      <w:r w:rsidRPr="004B2CE1">
        <w:rPr>
          <w:rFonts w:ascii="Consolas" w:hAnsi="Consolas"/>
          <w:sz w:val="17"/>
          <w:lang w:val="fr-FR"/>
        </w:rPr>
        <w:t>',</w:t>
      </w:r>
    </w:p>
    <w:p w14:paraId="49774D72" w14:textId="05B72561" w:rsidR="004B2CE1" w:rsidRPr="004B2CE1" w:rsidRDefault="004B2CE1" w:rsidP="004B2CE1">
      <w:pPr>
        <w:spacing w:after="0"/>
        <w:rPr>
          <w:rFonts w:ascii="Consolas" w:hAnsi="Consolas"/>
          <w:sz w:val="17"/>
          <w:lang w:val="fr-FR"/>
        </w:rPr>
      </w:pPr>
      <w:r w:rsidRPr="004B2CE1">
        <w:rPr>
          <w:rFonts w:ascii="Consolas" w:hAnsi="Consolas"/>
          <w:sz w:val="17"/>
          <w:lang w:val="fr-FR"/>
        </w:rPr>
        <w:tab/>
        <w:t>'</w:t>
      </w:r>
      <w:proofErr w:type="spellStart"/>
      <w:proofErr w:type="gramStart"/>
      <w:r w:rsidRPr="004B2CE1">
        <w:rPr>
          <w:rFonts w:ascii="Consolas" w:hAnsi="Consolas"/>
          <w:sz w:val="17"/>
          <w:lang w:val="fr-FR"/>
        </w:rPr>
        <w:t>Accept</w:t>
      </w:r>
      <w:proofErr w:type="spellEnd"/>
      <w:r w:rsidRPr="004B2CE1">
        <w:rPr>
          <w:rFonts w:ascii="Consolas" w:hAnsi="Consolas"/>
          <w:sz w:val="17"/>
          <w:lang w:val="fr-FR"/>
        </w:rPr>
        <w:t>:</w:t>
      </w:r>
      <w:proofErr w:type="gramEnd"/>
      <w:r w:rsidRPr="004B2CE1">
        <w:rPr>
          <w:rFonts w:ascii="Consolas" w:hAnsi="Consolas"/>
          <w:sz w:val="17"/>
          <w:lang w:val="fr-FR"/>
        </w:rPr>
        <w:t xml:space="preserve"> application/</w:t>
      </w:r>
      <w:proofErr w:type="spellStart"/>
      <w:r w:rsidRPr="004B2CE1">
        <w:rPr>
          <w:rFonts w:ascii="Consolas" w:hAnsi="Consolas"/>
          <w:sz w:val="17"/>
          <w:lang w:val="fr-FR"/>
        </w:rPr>
        <w:t>json</w:t>
      </w:r>
      <w:proofErr w:type="spellEnd"/>
      <w:r w:rsidRPr="004B2CE1">
        <w:rPr>
          <w:rFonts w:ascii="Consolas" w:hAnsi="Consolas"/>
          <w:sz w:val="17"/>
          <w:lang w:val="fr-FR"/>
        </w:rPr>
        <w:t>',</w:t>
      </w:r>
    </w:p>
    <w:p w14:paraId="42A0E119" w14:textId="4F305485" w:rsidR="004B2CE1" w:rsidRDefault="004B2CE1" w:rsidP="004B2CE1">
      <w:pPr>
        <w:spacing w:after="0"/>
        <w:rPr>
          <w:rFonts w:ascii="Consolas" w:hAnsi="Consolas"/>
          <w:sz w:val="17"/>
          <w:lang w:val="fr-FR"/>
        </w:rPr>
      </w:pPr>
      <w:r w:rsidRPr="0001235A">
        <w:rPr>
          <w:rFonts w:ascii="Consolas" w:hAnsi="Consolas"/>
          <w:sz w:val="17"/>
          <w:lang w:val="fr-FR"/>
        </w:rPr>
        <w:t>}</w:t>
      </w:r>
    </w:p>
    <w:p w14:paraId="42AA556D" w14:textId="77777777" w:rsidR="004B2CE1" w:rsidRDefault="004B2CE1" w:rsidP="000F080B">
      <w:pP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val="fr-CH"/>
        </w:rPr>
      </w:pPr>
    </w:p>
    <w:p w14:paraId="4C78A2D5" w14:textId="007FD210" w:rsidR="000F080B" w:rsidRPr="004B2CE1" w:rsidRDefault="000F080B" w:rsidP="004B2CE1">
      <w:pPr>
        <w:pStyle w:val="Titre2"/>
        <w:rPr>
          <w:lang w:val="fr-FR"/>
        </w:rPr>
      </w:pPr>
      <w:bookmarkStart w:id="15" w:name="_Toc228356782"/>
      <w:proofErr w:type="spellStart"/>
      <w:r w:rsidRPr="004B2CE1">
        <w:rPr>
          <w:lang w:val="fr-FR"/>
        </w:rPr>
        <w:t>Payload</w:t>
      </w:r>
      <w:proofErr w:type="spellEnd"/>
      <w:r w:rsidRPr="004B2CE1">
        <w:rPr>
          <w:lang w:val="fr-FR"/>
        </w:rPr>
        <w:t xml:space="preserve"> JSON</w:t>
      </w:r>
      <w:bookmarkEnd w:id="15"/>
    </w:p>
    <w:p w14:paraId="400B6C73" w14:textId="77777777" w:rsidR="004B2CE1" w:rsidRDefault="004B2CE1" w:rsidP="004B2CE1">
      <w:pPr>
        <w:spacing w:after="0"/>
        <w:rPr>
          <w:rFonts w:ascii="Consolas" w:hAnsi="Consolas"/>
          <w:sz w:val="17"/>
          <w:lang w:val="fr-FR"/>
        </w:rPr>
      </w:pPr>
      <w:r w:rsidRPr="0001235A">
        <w:rPr>
          <w:rFonts w:ascii="Consolas" w:hAnsi="Consolas"/>
          <w:sz w:val="17"/>
          <w:lang w:val="fr-FR"/>
        </w:rPr>
        <w:t>{</w:t>
      </w:r>
    </w:p>
    <w:p w14:paraId="4A274347" w14:textId="77777777" w:rsidR="004B2CE1" w:rsidRDefault="004B2CE1" w:rsidP="004B2CE1">
      <w:pPr>
        <w:spacing w:after="0"/>
        <w:ind w:firstLine="720"/>
        <w:rPr>
          <w:rFonts w:ascii="Consolas" w:hAnsi="Consolas"/>
          <w:sz w:val="17"/>
          <w:lang w:val="fr-FR"/>
        </w:rPr>
      </w:pPr>
      <w:r w:rsidRPr="004B2CE1">
        <w:rPr>
          <w:rFonts w:ascii="Consolas" w:hAnsi="Consolas"/>
          <w:sz w:val="17"/>
          <w:lang w:val="fr-FR"/>
        </w:rPr>
        <w:t>'</w:t>
      </w:r>
      <w:proofErr w:type="spellStart"/>
      <w:r w:rsidRPr="004B2CE1">
        <w:rPr>
          <w:rFonts w:ascii="Consolas" w:hAnsi="Consolas"/>
          <w:sz w:val="17"/>
          <w:lang w:val="fr-FR"/>
        </w:rPr>
        <w:t>patientContext</w:t>
      </w:r>
      <w:proofErr w:type="spellEnd"/>
      <w:r w:rsidRPr="004B2CE1">
        <w:rPr>
          <w:rFonts w:ascii="Consolas" w:hAnsi="Consolas"/>
          <w:sz w:val="17"/>
          <w:lang w:val="fr-FR"/>
        </w:rPr>
        <w:t xml:space="preserve">'=&gt; </w:t>
      </w:r>
      <w:r w:rsidRPr="0001235A">
        <w:rPr>
          <w:rFonts w:ascii="Consolas" w:hAnsi="Consolas"/>
          <w:sz w:val="17"/>
          <w:lang w:val="fr-FR"/>
        </w:rPr>
        <w:t>{</w:t>
      </w:r>
    </w:p>
    <w:p w14:paraId="1FFDEDB4" w14:textId="25870583" w:rsidR="004B2CE1" w:rsidRPr="004B2CE1" w:rsidRDefault="004B2CE1" w:rsidP="004B2CE1">
      <w:pPr>
        <w:spacing w:after="0"/>
        <w:rPr>
          <w:rFonts w:ascii="Consolas" w:hAnsi="Consolas"/>
          <w:sz w:val="17"/>
          <w:lang w:val="fr-FR"/>
        </w:rPr>
      </w:pPr>
    </w:p>
    <w:p w14:paraId="276D1A51" w14:textId="4CA6FCD4" w:rsidR="004B2CE1" w:rsidRDefault="004B2CE1" w:rsidP="004B2CE1">
      <w:pPr>
        <w:spacing w:after="0"/>
        <w:rPr>
          <w:rFonts w:ascii="Consolas" w:hAnsi="Consolas"/>
          <w:sz w:val="17"/>
          <w:lang w:val="fr-FR"/>
        </w:rPr>
      </w:pPr>
      <w:r w:rsidRPr="004B2CE1">
        <w:rPr>
          <w:rFonts w:ascii="Consolas" w:hAnsi="Consolas"/>
          <w:sz w:val="17"/>
          <w:lang w:val="fr-FR"/>
        </w:rPr>
        <w:tab/>
      </w:r>
      <w:r w:rsidRPr="004B2CE1">
        <w:rPr>
          <w:rFonts w:ascii="Consolas" w:hAnsi="Consolas"/>
          <w:sz w:val="17"/>
          <w:lang w:val="fr-FR"/>
        </w:rPr>
        <w:tab/>
        <w:t>'</w:t>
      </w:r>
      <w:proofErr w:type="spellStart"/>
      <w:r w:rsidRPr="004B2CE1">
        <w:rPr>
          <w:rFonts w:ascii="Consolas" w:hAnsi="Consolas"/>
          <w:sz w:val="17"/>
          <w:lang w:val="fr-FR"/>
        </w:rPr>
        <w:t>person</w:t>
      </w:r>
      <w:proofErr w:type="spellEnd"/>
      <w:r w:rsidRPr="004B2CE1">
        <w:rPr>
          <w:rFonts w:ascii="Consolas" w:hAnsi="Consolas"/>
          <w:sz w:val="17"/>
          <w:lang w:val="fr-FR"/>
        </w:rPr>
        <w:t xml:space="preserve">'=&gt; </w:t>
      </w:r>
      <w:r w:rsidRPr="0001235A">
        <w:rPr>
          <w:rFonts w:ascii="Consolas" w:hAnsi="Consolas"/>
          <w:sz w:val="17"/>
          <w:lang w:val="fr-FR"/>
        </w:rPr>
        <w:t>{</w:t>
      </w:r>
    </w:p>
    <w:p w14:paraId="4518CB97" w14:textId="3D3E22FD" w:rsidR="004B2CE1" w:rsidRPr="004B2CE1" w:rsidRDefault="004B2CE1" w:rsidP="004B2CE1">
      <w:pPr>
        <w:spacing w:after="0"/>
        <w:rPr>
          <w:rFonts w:ascii="Consolas" w:hAnsi="Consolas"/>
          <w:sz w:val="17"/>
          <w:lang w:val="fr-FR"/>
        </w:rPr>
      </w:pPr>
      <w:r w:rsidRPr="004B2CE1">
        <w:rPr>
          <w:rFonts w:ascii="Consolas" w:hAnsi="Consolas"/>
          <w:sz w:val="17"/>
          <w:lang w:val="fr-FR"/>
        </w:rPr>
        <w:tab/>
      </w:r>
      <w:r w:rsidRPr="004B2CE1">
        <w:rPr>
          <w:rFonts w:ascii="Consolas" w:hAnsi="Consolas"/>
          <w:sz w:val="17"/>
          <w:lang w:val="fr-FR"/>
        </w:rPr>
        <w:tab/>
      </w:r>
      <w:r w:rsidRPr="004B2CE1">
        <w:rPr>
          <w:rFonts w:ascii="Consolas" w:hAnsi="Consolas"/>
          <w:sz w:val="17"/>
          <w:lang w:val="fr-FR"/>
        </w:rPr>
        <w:tab/>
        <w:t xml:space="preserve"> '</w:t>
      </w:r>
      <w:proofErr w:type="spellStart"/>
      <w:r w:rsidRPr="004B2CE1">
        <w:rPr>
          <w:rFonts w:ascii="Consolas" w:hAnsi="Consolas"/>
          <w:sz w:val="17"/>
          <w:lang w:val="fr-FR"/>
        </w:rPr>
        <w:t>external_ref</w:t>
      </w:r>
      <w:proofErr w:type="spellEnd"/>
      <w:r w:rsidRPr="004B2CE1">
        <w:rPr>
          <w:rFonts w:ascii="Consolas" w:hAnsi="Consolas"/>
          <w:sz w:val="17"/>
          <w:lang w:val="fr-FR"/>
        </w:rPr>
        <w:t xml:space="preserve">' </w:t>
      </w:r>
      <w:r w:rsidRPr="004B2CE1">
        <w:rPr>
          <w:rFonts w:ascii="Consolas" w:hAnsi="Consolas"/>
          <w:sz w:val="17"/>
          <w:lang w:val="fr-FR"/>
        </w:rPr>
        <w:tab/>
        <w:t xml:space="preserve">=&gt; 'X174566+' </w:t>
      </w:r>
    </w:p>
    <w:p w14:paraId="634727DC" w14:textId="13D112D0" w:rsidR="004B2CE1" w:rsidRPr="004B2CE1" w:rsidRDefault="004B2CE1" w:rsidP="004B2CE1">
      <w:pPr>
        <w:spacing w:after="0"/>
        <w:rPr>
          <w:rFonts w:ascii="Consolas" w:hAnsi="Consolas"/>
          <w:sz w:val="17"/>
          <w:lang w:val="fr-FR"/>
        </w:rPr>
      </w:pPr>
      <w:r w:rsidRPr="004B2CE1">
        <w:rPr>
          <w:rFonts w:ascii="Consolas" w:hAnsi="Consolas"/>
          <w:sz w:val="17"/>
          <w:lang w:val="fr-FR"/>
        </w:rPr>
        <w:tab/>
      </w:r>
      <w:r w:rsidRPr="004B2CE1">
        <w:rPr>
          <w:rFonts w:ascii="Consolas" w:hAnsi="Consolas"/>
          <w:sz w:val="17"/>
          <w:lang w:val="fr-FR"/>
        </w:rPr>
        <w:tab/>
      </w:r>
      <w:r w:rsidRPr="004B2CE1">
        <w:rPr>
          <w:rFonts w:ascii="Consolas" w:hAnsi="Consolas"/>
          <w:sz w:val="17"/>
          <w:lang w:val="fr-FR"/>
        </w:rPr>
        <w:tab/>
        <w:t>,'</w:t>
      </w:r>
      <w:proofErr w:type="spellStart"/>
      <w:r w:rsidRPr="004B2CE1">
        <w:rPr>
          <w:rFonts w:ascii="Consolas" w:hAnsi="Consolas"/>
          <w:sz w:val="17"/>
          <w:lang w:val="fr-FR"/>
        </w:rPr>
        <w:t>first_name</w:t>
      </w:r>
      <w:proofErr w:type="spellEnd"/>
      <w:r w:rsidRPr="004B2CE1">
        <w:rPr>
          <w:rFonts w:ascii="Consolas" w:hAnsi="Consolas"/>
          <w:sz w:val="17"/>
          <w:lang w:val="fr-FR"/>
        </w:rPr>
        <w:t>'</w:t>
      </w:r>
      <w:r w:rsidRPr="004B2CE1">
        <w:rPr>
          <w:rFonts w:ascii="Consolas" w:hAnsi="Consolas"/>
          <w:sz w:val="17"/>
          <w:lang w:val="fr-FR"/>
        </w:rPr>
        <w:tab/>
      </w:r>
      <w:r w:rsidRPr="004B2CE1">
        <w:rPr>
          <w:rFonts w:ascii="Consolas" w:hAnsi="Consolas"/>
          <w:sz w:val="17"/>
          <w:lang w:val="fr-FR"/>
        </w:rPr>
        <w:tab/>
        <w:t xml:space="preserve">=&gt; 'Serge' </w:t>
      </w:r>
    </w:p>
    <w:p w14:paraId="3BD1121E" w14:textId="3C3B12BF" w:rsidR="004B2CE1" w:rsidRPr="004B2CE1" w:rsidRDefault="00C53876" w:rsidP="004B2CE1">
      <w:pPr>
        <w:spacing w:after="0"/>
        <w:rPr>
          <w:rFonts w:ascii="Consolas" w:hAnsi="Consolas"/>
          <w:sz w:val="17"/>
          <w:lang w:val="fr-FR"/>
        </w:rPr>
      </w:pPr>
      <w:r>
        <w:rPr>
          <w:rFonts w:ascii="Consolas" w:hAnsi="Consolas"/>
          <w:sz w:val="17"/>
          <w:lang w:val="fr-FR"/>
        </w:rPr>
        <w:tab/>
      </w:r>
      <w:r w:rsidR="004B2CE1" w:rsidRPr="004B2CE1">
        <w:rPr>
          <w:rFonts w:ascii="Consolas" w:hAnsi="Consolas"/>
          <w:sz w:val="17"/>
          <w:lang w:val="fr-FR"/>
        </w:rPr>
        <w:tab/>
      </w:r>
      <w:r w:rsidR="004B2CE1" w:rsidRPr="004B2CE1">
        <w:rPr>
          <w:rFonts w:ascii="Consolas" w:hAnsi="Consolas"/>
          <w:sz w:val="17"/>
          <w:lang w:val="fr-FR"/>
        </w:rPr>
        <w:tab/>
        <w:t>,'</w:t>
      </w:r>
      <w:proofErr w:type="spellStart"/>
      <w:r w:rsidR="004B2CE1" w:rsidRPr="004B2CE1">
        <w:rPr>
          <w:rFonts w:ascii="Consolas" w:hAnsi="Consolas"/>
          <w:sz w:val="17"/>
          <w:lang w:val="fr-FR"/>
        </w:rPr>
        <w:t>last_name</w:t>
      </w:r>
      <w:proofErr w:type="spellEnd"/>
      <w:r w:rsidR="004B2CE1" w:rsidRPr="004B2CE1">
        <w:rPr>
          <w:rFonts w:ascii="Consolas" w:hAnsi="Consolas"/>
          <w:sz w:val="17"/>
          <w:lang w:val="fr-FR"/>
        </w:rPr>
        <w:t>'</w:t>
      </w:r>
      <w:r w:rsidR="004B2CE1" w:rsidRPr="004B2CE1">
        <w:rPr>
          <w:rFonts w:ascii="Consolas" w:hAnsi="Consolas"/>
          <w:sz w:val="17"/>
          <w:lang w:val="fr-FR"/>
        </w:rPr>
        <w:tab/>
      </w:r>
      <w:r w:rsidR="004B2CE1" w:rsidRPr="004B2CE1">
        <w:rPr>
          <w:rFonts w:ascii="Consolas" w:hAnsi="Consolas"/>
          <w:sz w:val="17"/>
          <w:lang w:val="fr-FR"/>
        </w:rPr>
        <w:tab/>
        <w:t>=&gt; '</w:t>
      </w:r>
      <w:proofErr w:type="spellStart"/>
      <w:r w:rsidR="004B2CE1" w:rsidRPr="004B2CE1">
        <w:rPr>
          <w:rFonts w:ascii="Consolas" w:hAnsi="Consolas"/>
          <w:sz w:val="17"/>
          <w:lang w:val="fr-FR"/>
        </w:rPr>
        <w:t>Pergaulin</w:t>
      </w:r>
      <w:proofErr w:type="spellEnd"/>
      <w:r w:rsidR="004B2CE1" w:rsidRPr="004B2CE1">
        <w:rPr>
          <w:rFonts w:ascii="Consolas" w:hAnsi="Consolas"/>
          <w:sz w:val="17"/>
          <w:lang w:val="fr-FR"/>
        </w:rPr>
        <w:t>'</w:t>
      </w:r>
    </w:p>
    <w:p w14:paraId="5EB0D1A7" w14:textId="414B0493" w:rsidR="004B2CE1" w:rsidRPr="004B2CE1" w:rsidRDefault="004B2CE1" w:rsidP="004B2CE1">
      <w:pPr>
        <w:spacing w:after="0"/>
        <w:rPr>
          <w:rFonts w:ascii="Consolas" w:hAnsi="Consolas"/>
          <w:sz w:val="17"/>
          <w:lang w:val="fr-FR"/>
        </w:rPr>
      </w:pPr>
      <w:r w:rsidRPr="004B2CE1">
        <w:rPr>
          <w:rFonts w:ascii="Consolas" w:hAnsi="Consolas"/>
          <w:sz w:val="17"/>
          <w:lang w:val="fr-FR"/>
        </w:rPr>
        <w:tab/>
      </w:r>
      <w:r w:rsidRPr="004B2CE1">
        <w:rPr>
          <w:rFonts w:ascii="Consolas" w:hAnsi="Consolas"/>
          <w:sz w:val="17"/>
          <w:lang w:val="fr-FR"/>
        </w:rPr>
        <w:tab/>
      </w:r>
      <w:r w:rsidRPr="004B2CE1">
        <w:rPr>
          <w:rFonts w:ascii="Consolas" w:hAnsi="Consolas"/>
          <w:sz w:val="17"/>
          <w:lang w:val="fr-FR"/>
        </w:rPr>
        <w:tab/>
        <w:t>,'</w:t>
      </w:r>
      <w:proofErr w:type="spellStart"/>
      <w:r w:rsidRPr="004B2CE1">
        <w:rPr>
          <w:rFonts w:ascii="Consolas" w:hAnsi="Consolas"/>
          <w:sz w:val="17"/>
          <w:lang w:val="fr-FR"/>
        </w:rPr>
        <w:t>gender</w:t>
      </w:r>
      <w:proofErr w:type="spellEnd"/>
      <w:r w:rsidRPr="004B2CE1">
        <w:rPr>
          <w:rFonts w:ascii="Consolas" w:hAnsi="Consolas"/>
          <w:sz w:val="17"/>
          <w:lang w:val="fr-FR"/>
        </w:rPr>
        <w:t>'</w:t>
      </w:r>
      <w:r w:rsidRPr="004B2CE1">
        <w:rPr>
          <w:rFonts w:ascii="Consolas" w:hAnsi="Consolas"/>
          <w:sz w:val="17"/>
          <w:lang w:val="fr-FR"/>
        </w:rPr>
        <w:tab/>
      </w:r>
      <w:r w:rsidRPr="004B2CE1">
        <w:rPr>
          <w:rFonts w:ascii="Consolas" w:hAnsi="Consolas"/>
          <w:sz w:val="17"/>
          <w:lang w:val="fr-FR"/>
        </w:rPr>
        <w:tab/>
        <w:t xml:space="preserve">=&gt; 'M'   </w:t>
      </w:r>
    </w:p>
    <w:p w14:paraId="4067DBD2" w14:textId="75FB5769" w:rsidR="004B2CE1" w:rsidRPr="004B2CE1" w:rsidRDefault="004B2CE1" w:rsidP="004B2CE1">
      <w:pPr>
        <w:spacing w:after="0"/>
        <w:rPr>
          <w:rFonts w:ascii="Consolas" w:hAnsi="Consolas"/>
          <w:sz w:val="17"/>
          <w:lang w:val="fr-FR"/>
        </w:rPr>
      </w:pPr>
      <w:r w:rsidRPr="004B2CE1">
        <w:rPr>
          <w:rFonts w:ascii="Consolas" w:hAnsi="Consolas"/>
          <w:sz w:val="17"/>
          <w:lang w:val="fr-FR"/>
        </w:rPr>
        <w:tab/>
      </w:r>
      <w:r w:rsidRPr="004B2CE1">
        <w:rPr>
          <w:rFonts w:ascii="Consolas" w:hAnsi="Consolas"/>
          <w:sz w:val="17"/>
          <w:lang w:val="fr-FR"/>
        </w:rPr>
        <w:tab/>
      </w:r>
      <w:r w:rsidRPr="004B2CE1">
        <w:rPr>
          <w:rFonts w:ascii="Consolas" w:hAnsi="Consolas"/>
          <w:sz w:val="17"/>
          <w:lang w:val="fr-FR"/>
        </w:rPr>
        <w:tab/>
        <w:t>,'</w:t>
      </w:r>
      <w:proofErr w:type="spellStart"/>
      <w:r w:rsidRPr="004B2CE1">
        <w:rPr>
          <w:rFonts w:ascii="Consolas" w:hAnsi="Consolas"/>
          <w:sz w:val="17"/>
          <w:lang w:val="fr-FR"/>
        </w:rPr>
        <w:t>birth_datetime</w:t>
      </w:r>
      <w:proofErr w:type="spellEnd"/>
      <w:r w:rsidRPr="004B2CE1">
        <w:rPr>
          <w:rFonts w:ascii="Consolas" w:hAnsi="Consolas"/>
          <w:sz w:val="17"/>
          <w:lang w:val="fr-FR"/>
        </w:rPr>
        <w:t>'</w:t>
      </w:r>
      <w:r w:rsidRPr="004B2CE1">
        <w:rPr>
          <w:rFonts w:ascii="Consolas" w:hAnsi="Consolas"/>
          <w:sz w:val="17"/>
          <w:lang w:val="fr-FR"/>
        </w:rPr>
        <w:tab/>
        <w:t>=&gt; '1930-04-26'</w:t>
      </w:r>
    </w:p>
    <w:p w14:paraId="6B68CD32" w14:textId="46555972" w:rsidR="004B2CE1" w:rsidRPr="004B2CE1" w:rsidRDefault="004B2CE1" w:rsidP="004B2CE1">
      <w:pPr>
        <w:spacing w:after="0"/>
        <w:rPr>
          <w:rFonts w:ascii="Consolas" w:hAnsi="Consolas"/>
          <w:sz w:val="17"/>
          <w:lang w:val="fr-FR"/>
        </w:rPr>
      </w:pPr>
      <w:r w:rsidRPr="004B2CE1">
        <w:rPr>
          <w:rFonts w:ascii="Consolas" w:hAnsi="Consolas"/>
          <w:sz w:val="17"/>
          <w:lang w:val="fr-FR"/>
        </w:rPr>
        <w:tab/>
      </w:r>
      <w:r w:rsidRPr="004B2CE1">
        <w:rPr>
          <w:rFonts w:ascii="Consolas" w:hAnsi="Consolas"/>
          <w:sz w:val="17"/>
          <w:lang w:val="fr-FR"/>
        </w:rPr>
        <w:tab/>
      </w:r>
      <w:r w:rsidRPr="004B2CE1">
        <w:rPr>
          <w:rFonts w:ascii="Consolas" w:hAnsi="Consolas"/>
          <w:sz w:val="17"/>
          <w:lang w:val="fr-FR"/>
        </w:rPr>
        <w:tab/>
        <w:t>,'i18n'</w:t>
      </w:r>
      <w:r w:rsidRPr="004B2CE1">
        <w:rPr>
          <w:rFonts w:ascii="Consolas" w:hAnsi="Consolas"/>
          <w:sz w:val="17"/>
          <w:lang w:val="fr-FR"/>
        </w:rPr>
        <w:tab/>
      </w:r>
      <w:r w:rsidRPr="004B2CE1">
        <w:rPr>
          <w:rFonts w:ascii="Consolas" w:hAnsi="Consolas"/>
          <w:sz w:val="17"/>
          <w:lang w:val="fr-FR"/>
        </w:rPr>
        <w:tab/>
      </w:r>
      <w:r w:rsidRPr="004B2CE1">
        <w:rPr>
          <w:rFonts w:ascii="Consolas" w:hAnsi="Consolas"/>
          <w:sz w:val="17"/>
          <w:lang w:val="fr-FR"/>
        </w:rPr>
        <w:tab/>
        <w:t>=&gt; '</w:t>
      </w:r>
      <w:proofErr w:type="spellStart"/>
      <w:r w:rsidRPr="004B2CE1">
        <w:rPr>
          <w:rFonts w:ascii="Consolas" w:hAnsi="Consolas"/>
          <w:sz w:val="17"/>
          <w:lang w:val="fr-FR"/>
        </w:rPr>
        <w:t>fr_FR</w:t>
      </w:r>
      <w:proofErr w:type="spellEnd"/>
      <w:r w:rsidRPr="004B2CE1">
        <w:rPr>
          <w:rFonts w:ascii="Consolas" w:hAnsi="Consolas"/>
          <w:sz w:val="17"/>
          <w:lang w:val="fr-FR"/>
        </w:rPr>
        <w:t>'</w:t>
      </w:r>
    </w:p>
    <w:p w14:paraId="2E94E310" w14:textId="53553F75" w:rsidR="004B2CE1" w:rsidRPr="004B2CE1" w:rsidRDefault="004B2CE1" w:rsidP="004B2CE1">
      <w:pPr>
        <w:spacing w:after="0"/>
        <w:rPr>
          <w:rFonts w:ascii="Consolas" w:hAnsi="Consolas"/>
          <w:sz w:val="17"/>
          <w:lang w:val="fr-FR"/>
        </w:rPr>
      </w:pPr>
      <w:r w:rsidRPr="004B2CE1">
        <w:rPr>
          <w:rFonts w:ascii="Consolas" w:hAnsi="Consolas"/>
          <w:sz w:val="17"/>
          <w:lang w:val="fr-FR"/>
        </w:rPr>
        <w:tab/>
      </w:r>
      <w:r w:rsidRPr="004B2CE1">
        <w:rPr>
          <w:rFonts w:ascii="Consolas" w:hAnsi="Consolas"/>
          <w:sz w:val="17"/>
          <w:lang w:val="fr-FR"/>
        </w:rPr>
        <w:tab/>
      </w:r>
      <w:r w:rsidRPr="004B2CE1">
        <w:rPr>
          <w:rFonts w:ascii="Consolas" w:hAnsi="Consolas"/>
          <w:sz w:val="17"/>
          <w:lang w:val="fr-FR"/>
        </w:rPr>
        <w:tab/>
        <w:t>,'email'</w:t>
      </w:r>
      <w:r w:rsidRPr="004B2CE1">
        <w:rPr>
          <w:rFonts w:ascii="Consolas" w:hAnsi="Consolas"/>
          <w:sz w:val="17"/>
          <w:lang w:val="fr-FR"/>
        </w:rPr>
        <w:tab/>
      </w:r>
      <w:r w:rsidRPr="004B2CE1">
        <w:rPr>
          <w:rFonts w:ascii="Consolas" w:hAnsi="Consolas"/>
          <w:sz w:val="17"/>
          <w:lang w:val="fr-FR"/>
        </w:rPr>
        <w:tab/>
        <w:t>=&gt; 'serge.pergaulin@gmail.com'</w:t>
      </w:r>
    </w:p>
    <w:p w14:paraId="20D7A5DF" w14:textId="08704B91" w:rsidR="004B2CE1" w:rsidRPr="004B2CE1" w:rsidRDefault="004B2CE1" w:rsidP="004B2CE1">
      <w:pPr>
        <w:spacing w:after="0"/>
        <w:rPr>
          <w:rFonts w:ascii="Consolas" w:hAnsi="Consolas"/>
          <w:sz w:val="17"/>
          <w:lang w:val="fr-FR"/>
        </w:rPr>
      </w:pPr>
      <w:r w:rsidRPr="004B2CE1">
        <w:rPr>
          <w:rFonts w:ascii="Consolas" w:hAnsi="Consolas"/>
          <w:sz w:val="17"/>
          <w:lang w:val="fr-FR"/>
        </w:rPr>
        <w:tab/>
      </w:r>
      <w:r w:rsidRPr="004B2CE1">
        <w:rPr>
          <w:rFonts w:ascii="Consolas" w:hAnsi="Consolas"/>
          <w:sz w:val="17"/>
          <w:lang w:val="fr-FR"/>
        </w:rPr>
        <w:tab/>
      </w:r>
      <w:r w:rsidRPr="004B2CE1">
        <w:rPr>
          <w:rFonts w:ascii="Consolas" w:hAnsi="Consolas"/>
          <w:sz w:val="17"/>
          <w:lang w:val="fr-FR"/>
        </w:rPr>
        <w:tab/>
        <w:t>,'</w:t>
      </w:r>
      <w:proofErr w:type="spellStart"/>
      <w:r w:rsidRPr="004B2CE1">
        <w:rPr>
          <w:rFonts w:ascii="Consolas" w:hAnsi="Consolas"/>
          <w:sz w:val="17"/>
          <w:lang w:val="fr-FR"/>
        </w:rPr>
        <w:t>mobile_phone</w:t>
      </w:r>
      <w:proofErr w:type="spellEnd"/>
      <w:r w:rsidRPr="004B2CE1">
        <w:rPr>
          <w:rFonts w:ascii="Consolas" w:hAnsi="Consolas"/>
          <w:sz w:val="17"/>
          <w:lang w:val="fr-FR"/>
        </w:rPr>
        <w:t>'</w:t>
      </w:r>
      <w:r w:rsidRPr="004B2CE1">
        <w:rPr>
          <w:rFonts w:ascii="Consolas" w:hAnsi="Consolas"/>
          <w:sz w:val="17"/>
          <w:lang w:val="fr-FR"/>
        </w:rPr>
        <w:tab/>
      </w:r>
      <w:r w:rsidRPr="004B2CE1">
        <w:rPr>
          <w:rFonts w:ascii="Consolas" w:hAnsi="Consolas"/>
          <w:sz w:val="17"/>
          <w:lang w:val="fr-FR"/>
        </w:rPr>
        <w:tab/>
        <w:t>=&gt; '0678657865'</w:t>
      </w:r>
    </w:p>
    <w:p w14:paraId="31EC9F27" w14:textId="570FA7E8" w:rsidR="004B2CE1" w:rsidRDefault="004B2CE1" w:rsidP="004B2CE1">
      <w:pPr>
        <w:spacing w:after="0"/>
        <w:rPr>
          <w:rFonts w:ascii="Consolas" w:hAnsi="Consolas"/>
          <w:sz w:val="17"/>
          <w:lang w:val="fr-FR"/>
        </w:rPr>
      </w:pPr>
      <w:r w:rsidRPr="004B2CE1">
        <w:rPr>
          <w:rFonts w:ascii="Consolas" w:hAnsi="Consolas"/>
          <w:sz w:val="17"/>
          <w:lang w:val="fr-FR"/>
        </w:rPr>
        <w:tab/>
      </w:r>
      <w:r w:rsidRPr="004B2CE1">
        <w:rPr>
          <w:rFonts w:ascii="Consolas" w:hAnsi="Consolas"/>
          <w:sz w:val="17"/>
          <w:lang w:val="fr-FR"/>
        </w:rPr>
        <w:tab/>
      </w:r>
      <w:r>
        <w:rPr>
          <w:rFonts w:ascii="Consolas" w:hAnsi="Consolas"/>
          <w:sz w:val="17"/>
          <w:lang w:val="fr-FR"/>
        </w:rPr>
        <w:t>}</w:t>
      </w:r>
    </w:p>
    <w:p w14:paraId="1B7DEDD1" w14:textId="686770C5" w:rsidR="004B2CE1" w:rsidRDefault="004B2CE1" w:rsidP="004B2CE1">
      <w:pPr>
        <w:spacing w:after="0"/>
        <w:rPr>
          <w:rFonts w:ascii="Consolas" w:hAnsi="Consolas"/>
          <w:sz w:val="17"/>
          <w:lang w:val="fr-FR"/>
        </w:rPr>
      </w:pPr>
      <w:r>
        <w:rPr>
          <w:rFonts w:ascii="Consolas" w:hAnsi="Consolas"/>
          <w:sz w:val="17"/>
          <w:lang w:val="fr-FR"/>
        </w:rPr>
        <w:tab/>
        <w:t>}</w:t>
      </w:r>
    </w:p>
    <w:p w14:paraId="075426F2" w14:textId="7CF9F020" w:rsidR="004B2CE1" w:rsidRPr="004B2CE1" w:rsidRDefault="004B2CE1" w:rsidP="004B2CE1">
      <w:pPr>
        <w:spacing w:after="0"/>
        <w:rPr>
          <w:rFonts w:ascii="Consolas" w:hAnsi="Consolas"/>
          <w:sz w:val="17"/>
          <w:lang w:val="fr-FR"/>
        </w:rPr>
      </w:pPr>
      <w:r>
        <w:rPr>
          <w:rFonts w:ascii="Consolas" w:hAnsi="Consolas"/>
          <w:sz w:val="17"/>
          <w:lang w:val="fr-FR"/>
        </w:rPr>
        <w:t>}</w:t>
      </w:r>
    </w:p>
    <w:p w14:paraId="3BDD05FF" w14:textId="77777777" w:rsidR="004B2CE1" w:rsidRPr="004B2CE1" w:rsidRDefault="004B2CE1" w:rsidP="004B2CE1">
      <w:pPr>
        <w:spacing w:after="0"/>
        <w:rPr>
          <w:rFonts w:ascii="Consolas" w:hAnsi="Consolas"/>
          <w:sz w:val="17"/>
          <w:lang w:val="fr-FR"/>
        </w:rPr>
      </w:pPr>
    </w:p>
    <w:p w14:paraId="09EDABDD" w14:textId="77777777" w:rsidR="00CF2895" w:rsidRDefault="00CF2895">
      <w:pP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val="fr-CH"/>
        </w:rPr>
      </w:pPr>
      <w:r>
        <w:br w:type="page"/>
      </w:r>
    </w:p>
    <w:p w14:paraId="758D3BB8" w14:textId="0EFFE480" w:rsidR="000F080B" w:rsidRPr="00A5479A" w:rsidRDefault="000F080B" w:rsidP="000F080B">
      <w:pPr>
        <w:pStyle w:val="Titre2"/>
      </w:pPr>
      <w:bookmarkStart w:id="16" w:name="_Toc228356783"/>
      <w:r>
        <w:lastRenderedPageBreak/>
        <w:t>Réponse</w:t>
      </w:r>
      <w:bookmarkEnd w:id="16"/>
    </w:p>
    <w:p w14:paraId="380FD7F9" w14:textId="095A6264" w:rsidR="00C53876" w:rsidRDefault="00C53876" w:rsidP="00C53876">
      <w:pPr>
        <w:spacing w:after="0"/>
        <w:rPr>
          <w:rFonts w:ascii="Consolas" w:hAnsi="Consolas"/>
          <w:sz w:val="17"/>
          <w:lang w:val="fr-FR"/>
        </w:rPr>
      </w:pPr>
      <w:r>
        <w:rPr>
          <w:rFonts w:ascii="Consolas" w:hAnsi="Consolas"/>
          <w:sz w:val="17"/>
          <w:lang w:val="fr-FR"/>
        </w:rPr>
        <w:t>Si message traité avec succès :</w:t>
      </w:r>
    </w:p>
    <w:p w14:paraId="3EBAB75E" w14:textId="58B1CCEF" w:rsidR="00C53876" w:rsidRPr="00C53876" w:rsidRDefault="004B2CE1" w:rsidP="00C53876">
      <w:pPr>
        <w:spacing w:after="0"/>
        <w:rPr>
          <w:rFonts w:ascii="Consolas" w:hAnsi="Consolas"/>
          <w:sz w:val="17"/>
          <w:lang w:val="fr-FR"/>
        </w:rPr>
      </w:pPr>
      <w:r w:rsidRPr="0001235A">
        <w:rPr>
          <w:rFonts w:ascii="Consolas" w:hAnsi="Consolas"/>
          <w:sz w:val="17"/>
          <w:lang w:val="fr-FR"/>
        </w:rPr>
        <w:t>{</w:t>
      </w:r>
      <w:r w:rsidRPr="0001235A">
        <w:rPr>
          <w:lang w:val="fr-FR"/>
        </w:rPr>
        <w:br/>
      </w:r>
      <w:r>
        <w:rPr>
          <w:rFonts w:ascii="Consolas" w:hAnsi="Consolas"/>
          <w:sz w:val="17"/>
          <w:lang w:val="fr-FR"/>
        </w:rPr>
        <w:t xml:space="preserve"> </w:t>
      </w:r>
      <w:r w:rsidR="00C53876" w:rsidRPr="00C53876">
        <w:rPr>
          <w:rFonts w:ascii="Consolas" w:hAnsi="Consolas"/>
          <w:sz w:val="17"/>
          <w:lang w:val="fr-FR"/>
        </w:rPr>
        <w:t xml:space="preserve">           '</w:t>
      </w:r>
      <w:proofErr w:type="spellStart"/>
      <w:r w:rsidR="00C53876" w:rsidRPr="00C53876">
        <w:rPr>
          <w:rFonts w:ascii="Consolas" w:hAnsi="Consolas"/>
          <w:sz w:val="17"/>
          <w:lang w:val="fr-FR"/>
        </w:rPr>
        <w:t>status</w:t>
      </w:r>
      <w:proofErr w:type="spellEnd"/>
      <w:r w:rsidR="00C53876" w:rsidRPr="00C53876">
        <w:rPr>
          <w:rFonts w:ascii="Consolas" w:hAnsi="Consolas"/>
          <w:sz w:val="17"/>
          <w:lang w:val="fr-FR"/>
        </w:rPr>
        <w:t>' =&gt; 'Accepted',</w:t>
      </w:r>
    </w:p>
    <w:p w14:paraId="1C1976FA" w14:textId="1FAA1C4D" w:rsidR="00C53876" w:rsidRPr="00C53876" w:rsidRDefault="00C53876" w:rsidP="00C53876">
      <w:pPr>
        <w:spacing w:after="0"/>
        <w:rPr>
          <w:rFonts w:ascii="Consolas" w:hAnsi="Consolas"/>
          <w:sz w:val="17"/>
          <w:lang w:val="fr-FR"/>
        </w:rPr>
      </w:pPr>
      <w:r w:rsidRPr="00C53876">
        <w:rPr>
          <w:rFonts w:ascii="Consolas" w:hAnsi="Consolas"/>
          <w:sz w:val="17"/>
          <w:lang w:val="fr-FR"/>
        </w:rPr>
        <w:t xml:space="preserve">            '</w:t>
      </w:r>
      <w:proofErr w:type="spellStart"/>
      <w:r w:rsidRPr="00C53876">
        <w:rPr>
          <w:rFonts w:ascii="Consolas" w:hAnsi="Consolas"/>
          <w:sz w:val="17"/>
          <w:lang w:val="fr-FR"/>
        </w:rPr>
        <w:t>results</w:t>
      </w:r>
      <w:proofErr w:type="spellEnd"/>
      <w:r w:rsidRPr="00C53876">
        <w:rPr>
          <w:rFonts w:ascii="Consolas" w:hAnsi="Consolas"/>
          <w:sz w:val="17"/>
          <w:lang w:val="fr-FR"/>
        </w:rPr>
        <w:t xml:space="preserve">' =&gt; </w:t>
      </w:r>
      <w:r>
        <w:rPr>
          <w:rFonts w:ascii="Consolas" w:hAnsi="Consolas"/>
          <w:sz w:val="17"/>
          <w:lang w:val="fr-FR"/>
        </w:rPr>
        <w:t>{‘</w:t>
      </w:r>
      <w:proofErr w:type="spellStart"/>
      <w:r>
        <w:rPr>
          <w:rFonts w:ascii="Consolas" w:hAnsi="Consolas"/>
          <w:sz w:val="17"/>
          <w:lang w:val="fr-FR"/>
        </w:rPr>
        <w:t>token</w:t>
      </w:r>
      <w:proofErr w:type="spellEnd"/>
      <w:r>
        <w:rPr>
          <w:rFonts w:ascii="Consolas" w:hAnsi="Consolas"/>
          <w:sz w:val="17"/>
          <w:lang w:val="fr-FR"/>
        </w:rPr>
        <w:t>’ =&gt; ‘fikosd456sdg5azv’}</w:t>
      </w:r>
      <w:r w:rsidRPr="00C53876">
        <w:rPr>
          <w:rFonts w:ascii="Consolas" w:hAnsi="Consolas"/>
          <w:sz w:val="17"/>
          <w:lang w:val="fr-FR"/>
        </w:rPr>
        <w:t>,</w:t>
      </w:r>
    </w:p>
    <w:p w14:paraId="587B1AFC" w14:textId="497F0AEE" w:rsidR="00C53876" w:rsidRPr="00C53876" w:rsidRDefault="00C53876" w:rsidP="00C53876">
      <w:pPr>
        <w:spacing w:after="0"/>
        <w:rPr>
          <w:rFonts w:ascii="Consolas" w:hAnsi="Consolas"/>
          <w:sz w:val="17"/>
          <w:lang w:val="fr-FR"/>
        </w:rPr>
      </w:pPr>
      <w:r w:rsidRPr="00C53876">
        <w:rPr>
          <w:rFonts w:ascii="Consolas" w:hAnsi="Consolas"/>
          <w:sz w:val="17"/>
          <w:lang w:val="fr-FR"/>
        </w:rPr>
        <w:t xml:space="preserve">            '</w:t>
      </w:r>
      <w:proofErr w:type="spellStart"/>
      <w:r w:rsidRPr="00C53876">
        <w:rPr>
          <w:rFonts w:ascii="Consolas" w:hAnsi="Consolas"/>
          <w:sz w:val="17"/>
          <w:lang w:val="fr-FR"/>
        </w:rPr>
        <w:t>processingQueueId</w:t>
      </w:r>
      <w:proofErr w:type="spellEnd"/>
      <w:r w:rsidRPr="00C53876">
        <w:rPr>
          <w:rFonts w:ascii="Consolas" w:hAnsi="Consolas"/>
          <w:sz w:val="17"/>
          <w:lang w:val="fr-FR"/>
        </w:rPr>
        <w:t xml:space="preserve">' =&gt; </w:t>
      </w:r>
      <w:r>
        <w:rPr>
          <w:rFonts w:ascii="Consolas" w:hAnsi="Consolas"/>
          <w:sz w:val="17"/>
          <w:lang w:val="fr-FR"/>
        </w:rPr>
        <w:t>1238973</w:t>
      </w:r>
    </w:p>
    <w:p w14:paraId="463906D8" w14:textId="5D386CC6" w:rsidR="000F080B" w:rsidRDefault="000F080B" w:rsidP="00C53876">
      <w:pPr>
        <w:spacing w:after="0"/>
        <w:rPr>
          <w:rFonts w:ascii="Consolas" w:hAnsi="Consolas"/>
          <w:sz w:val="17"/>
          <w:lang w:val="fr-FR"/>
        </w:rPr>
      </w:pPr>
      <w:r w:rsidRPr="0001235A">
        <w:rPr>
          <w:rFonts w:ascii="Consolas" w:hAnsi="Consolas"/>
          <w:sz w:val="17"/>
          <w:lang w:val="fr-FR"/>
        </w:rPr>
        <w:t>}</w:t>
      </w:r>
    </w:p>
    <w:p w14:paraId="16B01990" w14:textId="02D85810" w:rsidR="00C53876" w:rsidRDefault="00C53876" w:rsidP="00C53876">
      <w:pPr>
        <w:spacing w:after="0"/>
        <w:rPr>
          <w:rFonts w:ascii="Consolas" w:hAnsi="Consolas"/>
          <w:sz w:val="17"/>
          <w:lang w:val="fr-FR"/>
        </w:rPr>
      </w:pPr>
      <w:r>
        <w:rPr>
          <w:rFonts w:ascii="Consolas" w:hAnsi="Consolas"/>
          <w:sz w:val="17"/>
          <w:lang w:val="fr-FR"/>
        </w:rPr>
        <w:t xml:space="preserve">Si message </w:t>
      </w:r>
      <w:r>
        <w:rPr>
          <w:rFonts w:ascii="Consolas" w:hAnsi="Consolas"/>
          <w:sz w:val="17"/>
          <w:lang w:val="fr-FR"/>
        </w:rPr>
        <w:t>en erreur</w:t>
      </w:r>
      <w:r>
        <w:rPr>
          <w:rFonts w:ascii="Consolas" w:hAnsi="Consolas"/>
          <w:sz w:val="17"/>
          <w:lang w:val="fr-FR"/>
        </w:rPr>
        <w:t> :</w:t>
      </w:r>
    </w:p>
    <w:p w14:paraId="7CD174E9" w14:textId="35D2E541" w:rsidR="00C53876" w:rsidRPr="00C53876" w:rsidRDefault="00C53876" w:rsidP="00C53876">
      <w:pPr>
        <w:spacing w:after="0"/>
        <w:rPr>
          <w:rFonts w:ascii="Consolas" w:hAnsi="Consolas"/>
          <w:sz w:val="17"/>
          <w:lang w:val="fr-FR"/>
        </w:rPr>
      </w:pPr>
      <w:r w:rsidRPr="0001235A">
        <w:rPr>
          <w:rFonts w:ascii="Consolas" w:hAnsi="Consolas"/>
          <w:sz w:val="17"/>
          <w:lang w:val="fr-FR"/>
        </w:rPr>
        <w:t>{</w:t>
      </w:r>
      <w:r w:rsidRPr="0001235A">
        <w:rPr>
          <w:lang w:val="fr-FR"/>
        </w:rPr>
        <w:br/>
      </w:r>
      <w:r>
        <w:rPr>
          <w:rFonts w:ascii="Consolas" w:hAnsi="Consolas"/>
          <w:sz w:val="17"/>
          <w:lang w:val="fr-FR"/>
        </w:rPr>
        <w:t xml:space="preserve"> </w:t>
      </w:r>
      <w:r w:rsidRPr="00C53876">
        <w:rPr>
          <w:rFonts w:ascii="Consolas" w:hAnsi="Consolas"/>
          <w:sz w:val="17"/>
          <w:lang w:val="fr-FR"/>
        </w:rPr>
        <w:t xml:space="preserve">           </w:t>
      </w:r>
      <w:r>
        <w:rPr>
          <w:rFonts w:ascii="Consolas" w:hAnsi="Consolas"/>
          <w:sz w:val="17"/>
          <w:lang w:val="fr-FR"/>
        </w:rPr>
        <w:t>‘</w:t>
      </w:r>
      <w:proofErr w:type="spellStart"/>
      <w:r w:rsidRPr="00C53876">
        <w:rPr>
          <w:rFonts w:ascii="Consolas" w:hAnsi="Consolas"/>
          <w:sz w:val="17"/>
          <w:lang w:val="fr-FR"/>
        </w:rPr>
        <w:t>errorCode</w:t>
      </w:r>
      <w:proofErr w:type="spellEnd"/>
      <w:r>
        <w:rPr>
          <w:rFonts w:ascii="Consolas" w:hAnsi="Consolas"/>
          <w:sz w:val="17"/>
          <w:lang w:val="fr-FR"/>
        </w:rPr>
        <w:t>’</w:t>
      </w:r>
      <w:r w:rsidRPr="00C53876">
        <w:rPr>
          <w:rFonts w:ascii="Consolas" w:hAnsi="Consolas"/>
          <w:sz w:val="17"/>
          <w:lang w:val="fr-FR"/>
        </w:rPr>
        <w:t xml:space="preserve"> =&gt; </w:t>
      </w:r>
      <w:r>
        <w:rPr>
          <w:rFonts w:ascii="Consolas" w:hAnsi="Consolas"/>
          <w:sz w:val="17"/>
          <w:lang w:val="fr-FR"/>
        </w:rPr>
        <w:t>400</w:t>
      </w:r>
      <w:r w:rsidRPr="00C53876">
        <w:rPr>
          <w:rFonts w:ascii="Consolas" w:hAnsi="Consolas"/>
          <w:sz w:val="17"/>
          <w:lang w:val="fr-FR"/>
        </w:rPr>
        <w:t>,</w:t>
      </w:r>
    </w:p>
    <w:p w14:paraId="0A7F196A" w14:textId="0FD2A900" w:rsidR="00C53876" w:rsidRPr="00C53876" w:rsidRDefault="00C53876" w:rsidP="00C53876">
      <w:pPr>
        <w:spacing w:after="0"/>
        <w:rPr>
          <w:rFonts w:ascii="Consolas" w:hAnsi="Consolas"/>
          <w:sz w:val="17"/>
          <w:lang w:val="fr-FR"/>
        </w:rPr>
      </w:pPr>
      <w:r w:rsidRPr="00C53876">
        <w:rPr>
          <w:rFonts w:ascii="Consolas" w:hAnsi="Consolas"/>
          <w:sz w:val="17"/>
          <w:lang w:val="fr-FR"/>
        </w:rPr>
        <w:t xml:space="preserve">            </w:t>
      </w:r>
      <w:r>
        <w:rPr>
          <w:rFonts w:ascii="Consolas" w:hAnsi="Consolas"/>
          <w:sz w:val="17"/>
          <w:lang w:val="fr-FR"/>
        </w:rPr>
        <w:t>‘</w:t>
      </w:r>
      <w:proofErr w:type="gramStart"/>
      <w:r w:rsidRPr="00C53876">
        <w:rPr>
          <w:rFonts w:ascii="Consolas" w:hAnsi="Consolas"/>
          <w:sz w:val="17"/>
          <w:lang w:val="fr-FR"/>
        </w:rPr>
        <w:t>message</w:t>
      </w:r>
      <w:proofErr w:type="gramEnd"/>
      <w:r>
        <w:rPr>
          <w:rFonts w:ascii="Consolas" w:hAnsi="Consolas"/>
          <w:sz w:val="17"/>
          <w:lang w:val="fr-FR"/>
        </w:rPr>
        <w:t>’</w:t>
      </w:r>
      <w:r w:rsidRPr="00C53876">
        <w:rPr>
          <w:rFonts w:ascii="Consolas" w:hAnsi="Consolas"/>
          <w:sz w:val="17"/>
          <w:lang w:val="fr-FR"/>
        </w:rPr>
        <w:t xml:space="preserve"> =&gt; </w:t>
      </w:r>
      <w:r>
        <w:rPr>
          <w:rFonts w:ascii="Consolas" w:hAnsi="Consolas"/>
          <w:sz w:val="17"/>
          <w:lang w:val="fr-FR"/>
        </w:rPr>
        <w:t>‘En</w:t>
      </w:r>
      <w:r w:rsidRPr="00C53876">
        <w:rPr>
          <w:rFonts w:ascii="Consolas" w:hAnsi="Consolas"/>
          <w:sz w:val="17"/>
          <w:lang w:val="fr-FR"/>
        </w:rPr>
        <w:t>codage Base64 est invalide</w:t>
      </w:r>
      <w:r>
        <w:rPr>
          <w:rFonts w:ascii="Consolas" w:hAnsi="Consolas"/>
          <w:sz w:val="17"/>
          <w:lang w:val="fr-FR"/>
        </w:rPr>
        <w:t>’</w:t>
      </w:r>
    </w:p>
    <w:p w14:paraId="1D927570" w14:textId="6024EF98" w:rsidR="00C53876" w:rsidRDefault="00C53876" w:rsidP="00C53876">
      <w:pPr>
        <w:spacing w:after="0"/>
        <w:rPr>
          <w:rFonts w:ascii="Consolas" w:hAnsi="Consolas"/>
          <w:sz w:val="17"/>
          <w:lang w:val="fr-FR"/>
        </w:rPr>
      </w:pPr>
      <w:r w:rsidRPr="0001235A">
        <w:rPr>
          <w:rFonts w:ascii="Consolas" w:hAnsi="Consolas"/>
          <w:sz w:val="17"/>
          <w:lang w:val="fr-FR"/>
        </w:rPr>
        <w:t>}</w:t>
      </w:r>
    </w:p>
    <w:sectPr w:rsidR="00C53876" w:rsidSect="00CF2895">
      <w:footerReference w:type="default" r:id="rId9"/>
      <w:pgSz w:w="12240" w:h="15840"/>
      <w:pgMar w:top="1418" w:right="1800" w:bottom="1134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E67BC" w14:textId="77777777" w:rsidR="00000797" w:rsidRDefault="00000797" w:rsidP="005F6724">
      <w:pPr>
        <w:spacing w:after="0" w:line="240" w:lineRule="auto"/>
      </w:pPr>
      <w:r>
        <w:separator/>
      </w:r>
    </w:p>
  </w:endnote>
  <w:endnote w:type="continuationSeparator" w:id="0">
    <w:p w14:paraId="46A5513B" w14:textId="77777777" w:rsidR="00000797" w:rsidRDefault="00000797" w:rsidP="005F67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ogle Sans Text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5F65C" w14:textId="41505A89" w:rsidR="005F6724" w:rsidRPr="005F6724" w:rsidRDefault="005F6724">
    <w:pPr>
      <w:pStyle w:val="Pieddepage"/>
      <w:rPr>
        <w:sz w:val="18"/>
        <w:szCs w:val="18"/>
        <w:lang w:val="fr-FR"/>
      </w:rPr>
    </w:pPr>
    <w:r w:rsidRPr="005F6724">
      <w:rPr>
        <w:sz w:val="18"/>
        <w:szCs w:val="18"/>
        <w:lang w:val="fr-FR"/>
      </w:rPr>
      <w:t xml:space="preserve">Copyright </w:t>
    </w:r>
    <w:proofErr w:type="spellStart"/>
    <w:r w:rsidRPr="005F6724">
      <w:rPr>
        <w:sz w:val="18"/>
        <w:szCs w:val="18"/>
        <w:lang w:val="fr-FR"/>
      </w:rPr>
      <w:t>Integratome</w:t>
    </w:r>
    <w:proofErr w:type="spellEnd"/>
    <w:r w:rsidRPr="005F6724">
      <w:rPr>
        <w:sz w:val="18"/>
        <w:szCs w:val="18"/>
        <w:lang w:val="fr-FR"/>
      </w:rPr>
      <w:t xml:space="preserve"> </w:t>
    </w:r>
    <w:r>
      <w:rPr>
        <w:sz w:val="18"/>
        <w:szCs w:val="18"/>
        <w:lang w:val="fr-FR"/>
      </w:rPr>
      <w:t>–</w:t>
    </w:r>
    <w:r w:rsidRPr="005F6724">
      <w:rPr>
        <w:sz w:val="18"/>
        <w:szCs w:val="18"/>
        <w:lang w:val="fr-FR"/>
      </w:rPr>
      <w:t xml:space="preserve"> 202</w:t>
    </w:r>
    <w:r w:rsidR="00006A4E">
      <w:rPr>
        <w:sz w:val="18"/>
        <w:szCs w:val="18"/>
        <w:lang w:val="fr-FR"/>
      </w:rPr>
      <w:t>6</w:t>
    </w:r>
    <w:r>
      <w:rPr>
        <w:sz w:val="18"/>
        <w:szCs w:val="18"/>
        <w:lang w:val="fr-FR"/>
      </w:rPr>
      <w:t xml:space="preserve"> – V</w:t>
    </w:r>
    <w:r w:rsidR="00006A4E">
      <w:rPr>
        <w:sz w:val="18"/>
        <w:szCs w:val="18"/>
        <w:lang w:val="fr-FR"/>
      </w:rPr>
      <w:t>2</w:t>
    </w:r>
    <w:r>
      <w:rPr>
        <w:sz w:val="18"/>
        <w:szCs w:val="18"/>
        <w:lang w:val="fr-FR"/>
      </w:rPr>
      <w:t>.1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2F277" w14:textId="77777777" w:rsidR="00000797" w:rsidRDefault="00000797" w:rsidP="005F6724">
      <w:pPr>
        <w:spacing w:after="0" w:line="240" w:lineRule="auto"/>
      </w:pPr>
      <w:r>
        <w:separator/>
      </w:r>
    </w:p>
  </w:footnote>
  <w:footnote w:type="continuationSeparator" w:id="0">
    <w:p w14:paraId="33A7D9FD" w14:textId="77777777" w:rsidR="00000797" w:rsidRDefault="00000797" w:rsidP="005F67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83827FE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EC95AC0"/>
    <w:multiLevelType w:val="hybridMultilevel"/>
    <w:tmpl w:val="0A90AEF6"/>
    <w:lvl w:ilvl="0" w:tplc="BFF006CA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8D08D3"/>
    <w:multiLevelType w:val="hybridMultilevel"/>
    <w:tmpl w:val="6F2C62A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7786399">
    <w:abstractNumId w:val="8"/>
  </w:num>
  <w:num w:numId="2" w16cid:durableId="987249944">
    <w:abstractNumId w:val="6"/>
  </w:num>
  <w:num w:numId="3" w16cid:durableId="745028174">
    <w:abstractNumId w:val="5"/>
  </w:num>
  <w:num w:numId="4" w16cid:durableId="835455804">
    <w:abstractNumId w:val="4"/>
  </w:num>
  <w:num w:numId="5" w16cid:durableId="666250073">
    <w:abstractNumId w:val="7"/>
  </w:num>
  <w:num w:numId="6" w16cid:durableId="2042125735">
    <w:abstractNumId w:val="3"/>
  </w:num>
  <w:num w:numId="7" w16cid:durableId="1100369147">
    <w:abstractNumId w:val="2"/>
  </w:num>
  <w:num w:numId="8" w16cid:durableId="1764259362">
    <w:abstractNumId w:val="1"/>
  </w:num>
  <w:num w:numId="9" w16cid:durableId="1919363039">
    <w:abstractNumId w:val="0"/>
  </w:num>
  <w:num w:numId="10" w16cid:durableId="1978800634">
    <w:abstractNumId w:val="10"/>
  </w:num>
  <w:num w:numId="11" w16cid:durableId="10091410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797"/>
    <w:rsid w:val="00006A4E"/>
    <w:rsid w:val="00016556"/>
    <w:rsid w:val="0002161C"/>
    <w:rsid w:val="00033DFE"/>
    <w:rsid w:val="00034616"/>
    <w:rsid w:val="0006063C"/>
    <w:rsid w:val="00077185"/>
    <w:rsid w:val="000F080B"/>
    <w:rsid w:val="0015074B"/>
    <w:rsid w:val="00171655"/>
    <w:rsid w:val="00180906"/>
    <w:rsid w:val="0025793B"/>
    <w:rsid w:val="0029639D"/>
    <w:rsid w:val="00326F90"/>
    <w:rsid w:val="00366D59"/>
    <w:rsid w:val="00476E32"/>
    <w:rsid w:val="004B2CE1"/>
    <w:rsid w:val="004C4D8D"/>
    <w:rsid w:val="004C5EF6"/>
    <w:rsid w:val="00501310"/>
    <w:rsid w:val="005378EF"/>
    <w:rsid w:val="00596E23"/>
    <w:rsid w:val="005D3EA4"/>
    <w:rsid w:val="005E4700"/>
    <w:rsid w:val="005E5C0F"/>
    <w:rsid w:val="005F11A1"/>
    <w:rsid w:val="005F6724"/>
    <w:rsid w:val="00654C82"/>
    <w:rsid w:val="006A0831"/>
    <w:rsid w:val="006F50E1"/>
    <w:rsid w:val="007573B8"/>
    <w:rsid w:val="007758C5"/>
    <w:rsid w:val="00795E26"/>
    <w:rsid w:val="007E0F71"/>
    <w:rsid w:val="00861109"/>
    <w:rsid w:val="0087715F"/>
    <w:rsid w:val="008B183B"/>
    <w:rsid w:val="008E4967"/>
    <w:rsid w:val="00902781"/>
    <w:rsid w:val="00916C26"/>
    <w:rsid w:val="0094473B"/>
    <w:rsid w:val="009C2A6E"/>
    <w:rsid w:val="009F0FD6"/>
    <w:rsid w:val="00A34854"/>
    <w:rsid w:val="00A5159C"/>
    <w:rsid w:val="00A5479A"/>
    <w:rsid w:val="00A605C6"/>
    <w:rsid w:val="00AA1D8D"/>
    <w:rsid w:val="00AE2241"/>
    <w:rsid w:val="00B422CE"/>
    <w:rsid w:val="00B47730"/>
    <w:rsid w:val="00B848F3"/>
    <w:rsid w:val="00BB2D84"/>
    <w:rsid w:val="00C074F2"/>
    <w:rsid w:val="00C40E01"/>
    <w:rsid w:val="00C53876"/>
    <w:rsid w:val="00C63279"/>
    <w:rsid w:val="00C924B3"/>
    <w:rsid w:val="00CB0664"/>
    <w:rsid w:val="00CF2895"/>
    <w:rsid w:val="00D12E32"/>
    <w:rsid w:val="00DC3431"/>
    <w:rsid w:val="00E3535B"/>
    <w:rsid w:val="00EB3658"/>
    <w:rsid w:val="00EC32FA"/>
    <w:rsid w:val="00ED6112"/>
    <w:rsid w:val="00EF2818"/>
    <w:rsid w:val="00F325B1"/>
    <w:rsid w:val="00F46A6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F35069"/>
  <w14:defaultImageDpi w14:val="300"/>
  <w15:docId w15:val="{7BFE7B5E-5D92-4389-BC61-1C2AACC93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2CE1"/>
  </w:style>
  <w:style w:type="paragraph" w:styleId="Titre1">
    <w:name w:val="heading 1"/>
    <w:basedOn w:val="Normal"/>
    <w:next w:val="Normal"/>
    <w:link w:val="Titre1Car"/>
    <w:uiPriority w:val="9"/>
    <w:qFormat/>
    <w:rsid w:val="00CF289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2"/>
      <w:szCs w:val="28"/>
      <w:u w:val="single"/>
    </w:rPr>
  </w:style>
  <w:style w:type="paragraph" w:styleId="Titre2">
    <w:name w:val="heading 2"/>
    <w:basedOn w:val="Normal"/>
    <w:next w:val="Normal"/>
    <w:link w:val="Titre2Car"/>
    <w:autoRedefine/>
    <w:uiPriority w:val="9"/>
    <w:unhideWhenUsed/>
    <w:qFormat/>
    <w:rsid w:val="00CF2895"/>
    <w:pPr>
      <w:keepNext/>
      <w:keepLines/>
      <w:spacing w:before="360" w:after="24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fr-CH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CF2895"/>
    <w:rPr>
      <w:rFonts w:asciiTheme="majorHAnsi" w:eastAsiaTheme="majorEastAsia" w:hAnsiTheme="majorHAnsi" w:cstheme="majorBidi"/>
      <w:b/>
      <w:bCs/>
      <w:color w:val="365F91" w:themeColor="accent1" w:themeShade="BF"/>
      <w:sz w:val="32"/>
      <w:szCs w:val="28"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CF289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fr-CH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8E496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8E4967"/>
    <w:pPr>
      <w:spacing w:after="100"/>
      <w:ind w:left="220"/>
    </w:pPr>
  </w:style>
  <w:style w:type="character" w:styleId="Lienhypertexte">
    <w:name w:val="Hyperlink"/>
    <w:basedOn w:val="Policepardfaut"/>
    <w:uiPriority w:val="99"/>
    <w:unhideWhenUsed/>
    <w:rsid w:val="008E4967"/>
    <w:rPr>
      <w:color w:val="0000FF" w:themeColor="hyperlink"/>
      <w:u w:val="single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C6327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C63279"/>
    <w:rPr>
      <w:rFonts w:ascii="Consolas" w:hAnsi="Consolas"/>
      <w:sz w:val="20"/>
      <w:szCs w:val="20"/>
    </w:rPr>
  </w:style>
  <w:style w:type="character" w:styleId="Mentionnonrsolue">
    <w:name w:val="Unresolved Mention"/>
    <w:basedOn w:val="Policepardfaut"/>
    <w:uiPriority w:val="99"/>
    <w:semiHidden/>
    <w:unhideWhenUsed/>
    <w:rsid w:val="007E0F71"/>
    <w:rPr>
      <w:color w:val="605E5C"/>
      <w:shd w:val="clear" w:color="auto" w:fill="E1DFDD"/>
    </w:rPr>
  </w:style>
  <w:style w:type="paragraph" w:styleId="TM3">
    <w:name w:val="toc 3"/>
    <w:basedOn w:val="Normal"/>
    <w:next w:val="Normal"/>
    <w:autoRedefine/>
    <w:uiPriority w:val="39"/>
    <w:unhideWhenUsed/>
    <w:rsid w:val="00CF2895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11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48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25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3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373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43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573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80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2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13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97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66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48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8855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265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53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186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57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923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42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7</Pages>
  <Words>826</Words>
  <Characters>4548</Characters>
  <Application>Microsoft Office Word</Application>
  <DocSecurity>0</DocSecurity>
  <Lines>37</Lines>
  <Paragraphs>10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5364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Ugo Haberman</cp:lastModifiedBy>
  <cp:revision>9</cp:revision>
  <cp:lastPrinted>2026-04-29T10:06:00Z</cp:lastPrinted>
  <dcterms:created xsi:type="dcterms:W3CDTF">2026-04-29T09:15:00Z</dcterms:created>
  <dcterms:modified xsi:type="dcterms:W3CDTF">2026-04-29T10:29:00Z</dcterms:modified>
  <cp:category/>
</cp:coreProperties>
</file>